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8F4113" w14:textId="77777777" w:rsidR="009F26DD" w:rsidRPr="00996808" w:rsidRDefault="001F300F">
      <w:pPr>
        <w:spacing w:after="100"/>
        <w:ind w:firstLine="0"/>
        <w:jc w:val="center"/>
        <w:rPr>
          <w:lang w:val="ru-RU"/>
        </w:rPr>
      </w:pPr>
      <w:r w:rsidRPr="00996808">
        <w:rPr>
          <w:b/>
          <w:color w:val="172A3A"/>
          <w:sz w:val="32"/>
          <w:lang w:val="ru-RU"/>
        </w:rPr>
        <w:t>ОТЧЁТ</w:t>
      </w:r>
    </w:p>
    <w:p w14:paraId="49C04C72" w14:textId="77777777" w:rsidR="009F26DD" w:rsidRPr="00996808" w:rsidRDefault="001F300F">
      <w:pPr>
        <w:spacing w:after="80"/>
        <w:ind w:firstLine="0"/>
        <w:jc w:val="center"/>
        <w:rPr>
          <w:lang w:val="ru-RU"/>
        </w:rPr>
      </w:pPr>
      <w:r w:rsidRPr="00996808">
        <w:rPr>
          <w:b/>
          <w:sz w:val="26"/>
          <w:lang w:val="ru-RU"/>
        </w:rPr>
        <w:t>о деятельности Совета Сахалинской адвокатской палаты</w:t>
      </w:r>
    </w:p>
    <w:p w14:paraId="71418362" w14:textId="77777777" w:rsidR="009F26DD" w:rsidRPr="00996808" w:rsidRDefault="001F300F">
      <w:pPr>
        <w:spacing w:after="180"/>
        <w:ind w:firstLine="0"/>
        <w:jc w:val="center"/>
        <w:rPr>
          <w:lang w:val="ru-RU"/>
        </w:rPr>
      </w:pPr>
      <w:r w:rsidRPr="00996808">
        <w:rPr>
          <w:i/>
          <w:lang w:val="ru-RU"/>
        </w:rPr>
        <w:t>за период с октября 2025 года по октябрь 2026 года</w:t>
      </w:r>
    </w:p>
    <w:p w14:paraId="795A3BDC" w14:textId="77777777" w:rsidR="009F26DD" w:rsidRPr="00996808" w:rsidRDefault="001F300F" w:rsidP="00996808">
      <w:pPr>
        <w:spacing w:after="200"/>
        <w:ind w:right="-285" w:firstLine="0"/>
        <w:rPr>
          <w:lang w:val="ru-RU"/>
        </w:rPr>
      </w:pPr>
      <w:r w:rsidRPr="00996808">
        <w:rPr>
          <w:color w:val="525F69"/>
          <w:sz w:val="19"/>
          <w:lang w:val="ru-RU"/>
        </w:rPr>
        <w:t>Ежегодная конференция адвокатов • Южно-Сахалинск • 31 октября 2026 года</w:t>
      </w:r>
    </w:p>
    <w:p w14:paraId="15B77178" w14:textId="77777777" w:rsidR="009F26DD" w:rsidRPr="00996808" w:rsidRDefault="001F300F" w:rsidP="00996808">
      <w:pPr>
        <w:spacing w:after="80"/>
        <w:ind w:right="-285" w:firstLine="0"/>
        <w:rPr>
          <w:lang w:val="ru-RU"/>
        </w:rPr>
      </w:pPr>
      <w:r w:rsidRPr="00996808">
        <w:rPr>
          <w:b/>
          <w:lang w:val="ru-RU"/>
        </w:rPr>
        <w:t xml:space="preserve">Докладчик: </w:t>
      </w:r>
      <w:r w:rsidRPr="00996808">
        <w:rPr>
          <w:lang w:val="ru-RU"/>
        </w:rPr>
        <w:t>президент палаты М. В. Белянин.</w:t>
      </w:r>
    </w:p>
    <w:p w14:paraId="3988B687" w14:textId="5B720C69" w:rsidR="009F26DD" w:rsidRPr="00996808" w:rsidRDefault="001F300F" w:rsidP="00996808">
      <w:pPr>
        <w:spacing w:after="220"/>
        <w:ind w:right="-285" w:firstLine="0"/>
        <w:rPr>
          <w:lang w:val="ru-RU"/>
        </w:rPr>
      </w:pPr>
      <w:r w:rsidRPr="00996808">
        <w:rPr>
          <w:b/>
          <w:lang w:val="ru-RU"/>
        </w:rPr>
        <w:t>Содокладчики</w:t>
      </w:r>
      <w:r w:rsidR="002072F8">
        <w:rPr>
          <w:b/>
          <w:lang w:val="ru-RU"/>
        </w:rPr>
        <w:t xml:space="preserve"> вице-президентыпалаты:</w:t>
      </w:r>
      <w:r w:rsidRPr="00996808">
        <w:rPr>
          <w:b/>
          <w:lang w:val="ru-RU"/>
        </w:rPr>
        <w:t xml:space="preserve"> </w:t>
      </w:r>
      <w:r w:rsidRPr="00996808">
        <w:rPr>
          <w:lang w:val="ru-RU"/>
        </w:rPr>
        <w:t xml:space="preserve">В. С. </w:t>
      </w:r>
      <w:proofErr w:type="spellStart"/>
      <w:r w:rsidRPr="00996808">
        <w:rPr>
          <w:lang w:val="ru-RU"/>
        </w:rPr>
        <w:t>Гайкалов</w:t>
      </w:r>
      <w:proofErr w:type="spellEnd"/>
      <w:r w:rsidRPr="00996808">
        <w:rPr>
          <w:lang w:val="ru-RU"/>
        </w:rPr>
        <w:t xml:space="preserve">, Н. С. </w:t>
      </w:r>
      <w:proofErr w:type="spellStart"/>
      <w:r w:rsidRPr="00996808">
        <w:rPr>
          <w:lang w:val="ru-RU"/>
        </w:rPr>
        <w:t>Полыновская</w:t>
      </w:r>
      <w:proofErr w:type="spellEnd"/>
      <w:r w:rsidRPr="00996808">
        <w:rPr>
          <w:lang w:val="ru-RU"/>
        </w:rPr>
        <w:t>.</w:t>
      </w:r>
    </w:p>
    <w:p w14:paraId="4CCF19C8" w14:textId="77777777" w:rsidR="009F26DD" w:rsidRPr="00996808" w:rsidRDefault="001F300F" w:rsidP="00996808">
      <w:pPr>
        <w:spacing w:after="140"/>
        <w:ind w:right="-285" w:firstLine="0"/>
        <w:rPr>
          <w:lang w:val="ru-RU"/>
        </w:rPr>
      </w:pPr>
      <w:r w:rsidRPr="00996808">
        <w:rPr>
          <w:b/>
          <w:lang w:val="ru-RU"/>
        </w:rPr>
        <w:t>Уважаемые коллеги!</w:t>
      </w:r>
    </w:p>
    <w:p w14:paraId="401CE519" w14:textId="77777777" w:rsidR="009F26DD" w:rsidRPr="00996808" w:rsidRDefault="001F300F" w:rsidP="00996808">
      <w:pPr>
        <w:ind w:right="-285"/>
        <w:rPr>
          <w:lang w:val="ru-RU"/>
        </w:rPr>
      </w:pPr>
      <w:r w:rsidRPr="00996808">
        <w:rPr>
          <w:lang w:val="ru-RU"/>
        </w:rPr>
        <w:t>Представляю отчёт о работе Совета Сахалинской адвокатской палаты за период с октября 2025 года по октябрь 2026 года. В центре внимания Совета находились обеспечение условий для профессиональной деятельности адвокатов, решение организационных вопросов, совершенствование квалификации и участие палаты в оказании юридической помощи.</w:t>
      </w:r>
    </w:p>
    <w:p w14:paraId="2F8DC8F3" w14:textId="77777777" w:rsidR="009F26DD" w:rsidRPr="00996808" w:rsidRDefault="001F300F" w:rsidP="00996808">
      <w:pPr>
        <w:pStyle w:val="ReportSection"/>
        <w:ind w:right="-285"/>
        <w:rPr>
          <w:lang w:val="ru-RU"/>
        </w:rPr>
      </w:pPr>
      <w:r w:rsidRPr="00996808">
        <w:rPr>
          <w:lang w:val="ru-RU"/>
        </w:rPr>
        <w:t>1. Организация работы Совета</w:t>
      </w:r>
    </w:p>
    <w:p w14:paraId="6D62D616" w14:textId="77777777" w:rsidR="009F26DD" w:rsidRPr="00996808" w:rsidRDefault="001F300F" w:rsidP="00996808">
      <w:pPr>
        <w:ind w:right="-285"/>
        <w:rPr>
          <w:lang w:val="ru-RU"/>
        </w:rPr>
      </w:pPr>
      <w:r w:rsidRPr="00996808">
        <w:rPr>
          <w:lang w:val="ru-RU"/>
        </w:rPr>
        <w:t>В отчётном периоде Совет Сахалинской адвокатской палаты осуществлял полномочия по координации деятельности адвокатских образований, защите профессиональных прав и интересов адвокатов, взаимодействию с Федеральной палатой адвокатов Российской Федерации, органами государственной власти и иными организациями, а также по обеспечению доступности и качества квалифицированной юридической помощи.</w:t>
      </w:r>
    </w:p>
    <w:p w14:paraId="03BBF299" w14:textId="77777777" w:rsidR="009F26DD" w:rsidRPr="00996808" w:rsidRDefault="001F300F" w:rsidP="00996808">
      <w:pPr>
        <w:ind w:right="-285"/>
        <w:rPr>
          <w:lang w:val="ru-RU"/>
        </w:rPr>
      </w:pPr>
      <w:r w:rsidRPr="00996808">
        <w:rPr>
          <w:lang w:val="ru-RU"/>
        </w:rPr>
        <w:t>С октября 2025 года по октябрь 2026 года проведено 22 заседания Совета против 14 за предыдущий отчётный период. Рассмотрено более 80 вопросов. Увеличение числа заседаний было связано прежде всего с необходимостью оперативного принятия решений по текущим вопросам деятельности палаты.</w:t>
      </w:r>
    </w:p>
    <w:p w14:paraId="5C567A92" w14:textId="77777777" w:rsidR="009F26DD" w:rsidRPr="00996808" w:rsidRDefault="001F300F" w:rsidP="00996808">
      <w:pPr>
        <w:pStyle w:val="ReportSection"/>
        <w:ind w:right="-285"/>
        <w:rPr>
          <w:lang w:val="ru-RU"/>
        </w:rPr>
      </w:pPr>
      <w:r w:rsidRPr="00996808">
        <w:rPr>
          <w:lang w:val="ru-RU"/>
        </w:rPr>
        <w:t>2. Условия осуществления адвокатской деятельности</w:t>
      </w:r>
    </w:p>
    <w:p w14:paraId="7CA92C92" w14:textId="77777777" w:rsidR="009F26DD" w:rsidRPr="00996808" w:rsidRDefault="001F300F" w:rsidP="00996808">
      <w:pPr>
        <w:ind w:right="-285"/>
        <w:rPr>
          <w:lang w:val="ru-RU"/>
        </w:rPr>
      </w:pPr>
      <w:r w:rsidRPr="00996808">
        <w:rPr>
          <w:lang w:val="ru-RU"/>
        </w:rPr>
        <w:t>Одним из направлений работы оставалось решение организационных вопросов, непосредственно влияющих на оказание юридической помощи. Через Управление Министерства юстиции Российской Федерации по Сахалинской области Совет обратил внимание на недостаток следственных кабинетов в следственном изоляторе № 1 и длительное ожидание вывода лиц, содержащихся под стражей, для встреч с адвокатами.</w:t>
      </w:r>
    </w:p>
    <w:p w14:paraId="011FCEB6" w14:textId="77777777" w:rsidR="009F26DD" w:rsidRPr="00996808" w:rsidRDefault="001F300F" w:rsidP="00996808">
      <w:pPr>
        <w:ind w:right="-285"/>
        <w:rPr>
          <w:lang w:val="ru-RU"/>
        </w:rPr>
      </w:pPr>
      <w:r w:rsidRPr="00996808">
        <w:rPr>
          <w:lang w:val="ru-RU"/>
        </w:rPr>
        <w:t>Принятые меры отличались от первоначально предполагавшегося способа решения проблемы, однако позволили добиться определённых улучшений. Насколько устойчивыми они окажутся, покажет дальнейшая практика. В случае возобновления затруднений Совет продолжит взаимодействие с уполномоченными органами для обеспечения надлежащих условий работы защитников.</w:t>
      </w:r>
    </w:p>
    <w:p w14:paraId="3C49BE5C" w14:textId="77777777" w:rsidR="009F26DD" w:rsidRPr="00996808" w:rsidRDefault="001F300F" w:rsidP="00996808">
      <w:pPr>
        <w:ind w:right="-285"/>
        <w:rPr>
          <w:lang w:val="ru-RU"/>
        </w:rPr>
      </w:pPr>
      <w:r w:rsidRPr="00996808">
        <w:rPr>
          <w:lang w:val="ru-RU"/>
        </w:rPr>
        <w:t>Продолжалась работа по организации участия адвокатов в делах по назначению в районах Сахалинской области, в том числе при ограниченном количестве практикующих там адвокатов. Существенную роль в решении возникающих вопросов играет оперативный фонд палаты: из его средств адвокатам предоставляются авансы с последующим возвратом после получения возмещения процессуальных издержек.</w:t>
      </w:r>
    </w:p>
    <w:p w14:paraId="7418A9A2" w14:textId="77777777" w:rsidR="009F26DD" w:rsidRPr="00996808" w:rsidRDefault="001F300F" w:rsidP="00996808">
      <w:pPr>
        <w:pStyle w:val="ReportSection"/>
        <w:ind w:right="-285"/>
        <w:rPr>
          <w:lang w:val="ru-RU"/>
        </w:rPr>
      </w:pPr>
      <w:r w:rsidRPr="00996808">
        <w:rPr>
          <w:lang w:val="ru-RU"/>
        </w:rPr>
        <w:t>3. Внедрение КИС АР и цифровизация</w:t>
      </w:r>
    </w:p>
    <w:p w14:paraId="7130ABD4" w14:textId="27171CD3" w:rsidR="009F26DD" w:rsidRPr="00996808" w:rsidRDefault="001F300F" w:rsidP="00996808">
      <w:pPr>
        <w:ind w:right="-285"/>
        <w:rPr>
          <w:lang w:val="ru-RU"/>
        </w:rPr>
      </w:pPr>
      <w:r w:rsidRPr="00996808">
        <w:rPr>
          <w:lang w:val="ru-RU"/>
        </w:rPr>
        <w:t>В отчётном периоде система распределения дел по назначению с использованием Комплексной информационной системы адвокатуры России (КИС АР)</w:t>
      </w:r>
      <w:r w:rsidR="00996808">
        <w:rPr>
          <w:lang w:val="ru-RU"/>
        </w:rPr>
        <w:t xml:space="preserve"> окончательно</w:t>
      </w:r>
      <w:r w:rsidRPr="00996808">
        <w:rPr>
          <w:lang w:val="ru-RU"/>
        </w:rPr>
        <w:t xml:space="preserve"> внедрена в Корсакове и Охе. Практика её применения выявила дополнительные сложности в районах с </w:t>
      </w:r>
      <w:r w:rsidRPr="00996808">
        <w:rPr>
          <w:lang w:val="ru-RU"/>
        </w:rPr>
        <w:lastRenderedPageBreak/>
        <w:t>небольшим числом адвокатов. С учётом возникающих организационных и технических вопросов дальнейшее расширение использования системы пока требует осторожного подхода.</w:t>
      </w:r>
    </w:p>
    <w:p w14:paraId="733CC725" w14:textId="77777777" w:rsidR="009F26DD" w:rsidRPr="00996808" w:rsidRDefault="001F300F" w:rsidP="00996808">
      <w:pPr>
        <w:ind w:right="-285"/>
        <w:rPr>
          <w:lang w:val="ru-RU"/>
        </w:rPr>
      </w:pPr>
      <w:r w:rsidRPr="00996808">
        <w:rPr>
          <w:lang w:val="ru-RU"/>
        </w:rPr>
        <w:t>Одновременно обновлялись технические требования к КИС АР в связи с подготовкой её взаимодействия с системой межведомственного электронного взаимодействия (СМЭВ). Эти изменения увеличивают нагрузку на адвокатов и аппарат палаты. В дальнейшем может потребоваться специализированная техническая поддержка. При этом регистрация адвокатов в КИС АР и соблюдение установленных требований к её использованию остаются обязательными.</w:t>
      </w:r>
    </w:p>
    <w:p w14:paraId="7DB0BC44" w14:textId="77777777" w:rsidR="009F26DD" w:rsidRPr="00996808" w:rsidRDefault="001F300F" w:rsidP="00996808">
      <w:pPr>
        <w:pStyle w:val="ReportSection"/>
        <w:ind w:right="-285"/>
        <w:rPr>
          <w:lang w:val="ru-RU"/>
        </w:rPr>
      </w:pPr>
      <w:r w:rsidRPr="00996808">
        <w:rPr>
          <w:lang w:val="ru-RU"/>
        </w:rPr>
        <w:t>4. Повышение профессионального уровня адвокатов</w:t>
      </w:r>
    </w:p>
    <w:p w14:paraId="00337737" w14:textId="77777777" w:rsidR="009F26DD" w:rsidRPr="00996808" w:rsidRDefault="001F300F" w:rsidP="00996808">
      <w:pPr>
        <w:ind w:right="-285"/>
        <w:rPr>
          <w:lang w:val="ru-RU"/>
        </w:rPr>
      </w:pPr>
      <w:r w:rsidRPr="00996808">
        <w:rPr>
          <w:lang w:val="ru-RU"/>
        </w:rPr>
        <w:t xml:space="preserve">23–24 мая 2026 года в Южно-Сахалинске состоялось ежегодное мероприятие по повышению профессионального уровня адвокатов. Программа включала семинары «Искусство чтения людей в юридическом процессе» и «Язык тела: влияние, желание, ложь», посвящённые поведенческому анализу и невербальной коммуникации. Занятия провела психолог и специалист по профайлингу Людмила Мартьянова. Мероприятие было организовано при участии Центра </w:t>
      </w:r>
      <w:proofErr w:type="spellStart"/>
      <w:r w:rsidRPr="00996808">
        <w:rPr>
          <w:lang w:val="ru-RU"/>
        </w:rPr>
        <w:t>эмотологии</w:t>
      </w:r>
      <w:proofErr w:type="spellEnd"/>
      <w:r w:rsidRPr="00996808">
        <w:rPr>
          <w:lang w:val="ru-RU"/>
        </w:rPr>
        <w:t xml:space="preserve"> и профайлинга, Международной академии исследования лжи и поддержке Федеральной палаты адвокатов Российской Федерации.</w:t>
      </w:r>
    </w:p>
    <w:p w14:paraId="51712BDB" w14:textId="77777777" w:rsidR="009F26DD" w:rsidRPr="00996808" w:rsidRDefault="001F300F" w:rsidP="00996808">
      <w:pPr>
        <w:ind w:right="-285"/>
        <w:rPr>
          <w:lang w:val="ru-RU"/>
        </w:rPr>
      </w:pPr>
      <w:r w:rsidRPr="00996808">
        <w:rPr>
          <w:lang w:val="ru-RU"/>
        </w:rPr>
        <w:t>Совет также обращал внимание адвокатов на необходимость выполнения требований к повышению профессионального уровня. Соответствующий раздел КИС АР позволяет учитывать прохождение обучения. Доступным способом выполнения этих требований остаётся участие в вебинарах, проводимых в том числе Федеральной палатой адвокатов.</w:t>
      </w:r>
    </w:p>
    <w:p w14:paraId="7DAC5735" w14:textId="77777777" w:rsidR="009F26DD" w:rsidRPr="00996808" w:rsidRDefault="001F300F" w:rsidP="00996808">
      <w:pPr>
        <w:pStyle w:val="ReportSection"/>
        <w:ind w:right="-285"/>
        <w:rPr>
          <w:lang w:val="ru-RU"/>
        </w:rPr>
      </w:pPr>
      <w:r w:rsidRPr="00996808">
        <w:rPr>
          <w:lang w:val="ru-RU"/>
        </w:rPr>
        <w:t>5. Соблюдение обязательных требований и административная нагрузка</w:t>
      </w:r>
    </w:p>
    <w:p w14:paraId="579A94FF" w14:textId="77777777" w:rsidR="009F26DD" w:rsidRPr="00996808" w:rsidRDefault="001F300F" w:rsidP="00996808">
      <w:pPr>
        <w:ind w:right="-285"/>
        <w:rPr>
          <w:lang w:val="ru-RU"/>
        </w:rPr>
      </w:pPr>
      <w:r w:rsidRPr="00996808">
        <w:rPr>
          <w:lang w:val="ru-RU"/>
        </w:rPr>
        <w:t>Отдельного внимания потребовали вопросы применения Федерального закона № 115-ФЗ о противодействии легализации (отмыванию) доходов и финансированию терроризма. В связи с проверками, проводившимися прокуратурой в отношении адвокатов Холмска, Совет оказывал коллегам консультационную поддержку и взаимодействовал с Федеральной палатой адвокатов. Тематический вебинар ФПА, посвящённый исполнению соответствующих требований, вызвал значительный интерес адвокатов палаты.</w:t>
      </w:r>
    </w:p>
    <w:p w14:paraId="6052E782" w14:textId="77777777" w:rsidR="009F26DD" w:rsidRPr="00996808" w:rsidRDefault="001F300F" w:rsidP="00996808">
      <w:pPr>
        <w:ind w:right="-285"/>
        <w:rPr>
          <w:lang w:val="ru-RU"/>
        </w:rPr>
      </w:pPr>
      <w:r w:rsidRPr="00996808">
        <w:rPr>
          <w:lang w:val="ru-RU"/>
        </w:rPr>
        <w:t>В отчётном периоде увеличился объём запросов и обязательной отчётности, поступающих, в частности, от Управления Минюста России по Сахалинской области, ФПА РФ, Росфинмониторинга и Росстата. Палата зарегистрировала личный кабинет в системе Росфинмониторинга и приступила к выполнению связанных с ним процедур. Расширение цифрового документооборота и требований к программному обеспечению дополнительно увеличивает нагрузку на сотрудников аппарата и членов Совета.</w:t>
      </w:r>
    </w:p>
    <w:p w14:paraId="67883D24" w14:textId="77777777" w:rsidR="009F26DD" w:rsidRPr="00996808" w:rsidRDefault="001F300F" w:rsidP="00996808">
      <w:pPr>
        <w:pStyle w:val="ReportSection"/>
        <w:ind w:right="-285"/>
        <w:rPr>
          <w:lang w:val="ru-RU"/>
        </w:rPr>
      </w:pPr>
      <w:r w:rsidRPr="00996808">
        <w:rPr>
          <w:lang w:val="ru-RU"/>
        </w:rPr>
        <w:t>6. Правовое просвещение и бесплатная юридическая помощь</w:t>
      </w:r>
    </w:p>
    <w:p w14:paraId="709E82E4" w14:textId="77777777" w:rsidR="009F26DD" w:rsidRPr="00996808" w:rsidRDefault="001F300F" w:rsidP="00996808">
      <w:pPr>
        <w:ind w:right="-285"/>
        <w:rPr>
          <w:lang w:val="ru-RU"/>
        </w:rPr>
      </w:pPr>
      <w:r w:rsidRPr="00996808">
        <w:rPr>
          <w:lang w:val="ru-RU"/>
        </w:rPr>
        <w:t>Палата продолжала участвовать в мероприятиях по правовому просвещению населения, в том числе приуроченных к 20 ноября и ко Дню семьи, любви и верности. Адвокаты также самостоятельно выступали с инициативами в сфере правового просвещения и оказания бесплатной юридической помощи. В число получателей такой помощи входили пожилые граждане. Приоритетным направлением оставалась правовая поддержка участников специальной военной операции и членов их семей.</w:t>
      </w:r>
    </w:p>
    <w:p w14:paraId="0C10457D" w14:textId="77777777" w:rsidR="009F26DD" w:rsidRPr="00996808" w:rsidRDefault="001F300F" w:rsidP="00996808">
      <w:pPr>
        <w:ind w:right="-285"/>
        <w:rPr>
          <w:lang w:val="ru-RU"/>
        </w:rPr>
      </w:pPr>
      <w:r w:rsidRPr="00996808">
        <w:rPr>
          <w:lang w:val="ru-RU"/>
        </w:rPr>
        <w:t>Сахалинская адвокатская палата заключила соглашение о сотрудничестве с уполномоченным по правам ребёнка в Сахалинской области Любовью Юльевной Устиновской. Соглашение предусматривает консультативное и экспертное взаимодействие по вопросам защиты прав семей с детьми, правовую помощь и участие в рассмотрении сложных ситуаций, а также совместную просветительскую работу.</w:t>
      </w:r>
    </w:p>
    <w:p w14:paraId="67468C06" w14:textId="77777777" w:rsidR="009F26DD" w:rsidRPr="00996808" w:rsidRDefault="001F300F" w:rsidP="00996808">
      <w:pPr>
        <w:pStyle w:val="ReportSection"/>
        <w:ind w:right="-285"/>
        <w:rPr>
          <w:lang w:val="ru-RU"/>
        </w:rPr>
      </w:pPr>
      <w:r w:rsidRPr="00996808">
        <w:rPr>
          <w:lang w:val="ru-RU"/>
        </w:rPr>
        <w:lastRenderedPageBreak/>
        <w:t>7. Взаимодействие с Федеральной палатой адвокатов и профессиональные мероприятия</w:t>
      </w:r>
    </w:p>
    <w:p w14:paraId="1876A430" w14:textId="77777777" w:rsidR="009F26DD" w:rsidRPr="00996808" w:rsidRDefault="001F300F" w:rsidP="00996808">
      <w:pPr>
        <w:ind w:right="-285"/>
        <w:rPr>
          <w:lang w:val="ru-RU"/>
        </w:rPr>
      </w:pPr>
      <w:r w:rsidRPr="00996808">
        <w:rPr>
          <w:lang w:val="ru-RU"/>
        </w:rPr>
        <w:t xml:space="preserve">20 мая 2026 года в Южно-Сахалинске состоялось расширенное заседание Совета с участием первого вице-президента Федеральной палаты адвокатов Российской Федерации М. Н. </w:t>
      </w:r>
      <w:proofErr w:type="spellStart"/>
      <w:r w:rsidRPr="00996808">
        <w:rPr>
          <w:lang w:val="ru-RU"/>
        </w:rPr>
        <w:t>Толчеева</w:t>
      </w:r>
      <w:proofErr w:type="spellEnd"/>
      <w:r w:rsidRPr="00996808">
        <w:rPr>
          <w:lang w:val="ru-RU"/>
        </w:rPr>
        <w:t>, членов квалификационной комиссии и руководителей адвокатских образований региона. Обсуждались вопросы независимости адвокатуры, профессиональных и корпоративных гарантий, использования КИС АР и перспектив применения искусственного интеллекта в юридической деятельности.</w:t>
      </w:r>
    </w:p>
    <w:p w14:paraId="1A858F65" w14:textId="77777777" w:rsidR="009F26DD" w:rsidRPr="00996808" w:rsidRDefault="001F300F" w:rsidP="00996808">
      <w:pPr>
        <w:ind w:right="-285"/>
        <w:rPr>
          <w:lang w:val="ru-RU"/>
        </w:rPr>
      </w:pPr>
      <w:r w:rsidRPr="00996808">
        <w:rPr>
          <w:lang w:val="ru-RU"/>
        </w:rPr>
        <w:t xml:space="preserve">В ходе заседания состоялось награждение коллег. Медалями ФПА РФ «За заслуги в защите прав и свобод граждан» </w:t>
      </w:r>
      <w:r>
        <w:t>II</w:t>
      </w:r>
      <w:r w:rsidRPr="00996808">
        <w:rPr>
          <w:lang w:val="ru-RU"/>
        </w:rPr>
        <w:t xml:space="preserve"> степени награждены Р. В. Черкашин и А. А. Стецюк; благодарностью ФПА РФ отмечен В. С. </w:t>
      </w:r>
      <w:proofErr w:type="spellStart"/>
      <w:r w:rsidRPr="00996808">
        <w:rPr>
          <w:lang w:val="ru-RU"/>
        </w:rPr>
        <w:t>Гайкалов</w:t>
      </w:r>
      <w:proofErr w:type="spellEnd"/>
      <w:r w:rsidRPr="00996808">
        <w:rPr>
          <w:lang w:val="ru-RU"/>
        </w:rPr>
        <w:t xml:space="preserve">; почётными грамотами — В. Г. Кочетова, А. В. Абаев, С. Н. Сорокин и С. Е. </w:t>
      </w:r>
      <w:proofErr w:type="spellStart"/>
      <w:r w:rsidRPr="00996808">
        <w:rPr>
          <w:lang w:val="ru-RU"/>
        </w:rPr>
        <w:t>Рогалевич</w:t>
      </w:r>
      <w:proofErr w:type="spellEnd"/>
      <w:r w:rsidRPr="00996808">
        <w:rPr>
          <w:lang w:val="ru-RU"/>
        </w:rPr>
        <w:t>. Дипломом ФПА РФ отмечено адвокатское бюро «Белянин, Ефимчук и партнёры», а президент палаты М. В. Белянин награждён орденом «За служение адвокатуре».</w:t>
      </w:r>
    </w:p>
    <w:p w14:paraId="10DAD3E3" w14:textId="77777777" w:rsidR="009F26DD" w:rsidRPr="00996808" w:rsidRDefault="001F300F" w:rsidP="00996808">
      <w:pPr>
        <w:ind w:right="-285"/>
        <w:rPr>
          <w:lang w:val="ru-RU"/>
        </w:rPr>
      </w:pPr>
      <w:r w:rsidRPr="00996808">
        <w:rPr>
          <w:lang w:val="ru-RU"/>
        </w:rPr>
        <w:t>Президент палаты принял участие в Международном юридическом форуме в Санкт-Петербурге. 31 мая 2026 года палата также организовала праздничное мероприятие, посвящённое Дню российской адвокатуры, впервые отмечавшемуся в официальном статусе.</w:t>
      </w:r>
    </w:p>
    <w:p w14:paraId="35FF55CD" w14:textId="77777777" w:rsidR="009F26DD" w:rsidRPr="00996808" w:rsidRDefault="001F300F" w:rsidP="00996808">
      <w:pPr>
        <w:pStyle w:val="ReportSection"/>
        <w:ind w:right="-285"/>
        <w:rPr>
          <w:lang w:val="ru-RU"/>
        </w:rPr>
      </w:pPr>
      <w:r w:rsidRPr="00996808">
        <w:rPr>
          <w:lang w:val="ru-RU"/>
        </w:rPr>
        <w:t>8. Заключение</w:t>
      </w:r>
    </w:p>
    <w:p w14:paraId="1F8B6501" w14:textId="77777777" w:rsidR="009F26DD" w:rsidRPr="00996808" w:rsidRDefault="001F300F" w:rsidP="00996808">
      <w:pPr>
        <w:ind w:right="-285"/>
        <w:rPr>
          <w:lang w:val="ru-RU"/>
        </w:rPr>
      </w:pPr>
      <w:r w:rsidRPr="00996808">
        <w:rPr>
          <w:lang w:val="ru-RU"/>
        </w:rPr>
        <w:t>В отчётном периоде Совет обеспечивал решение текущих вопросов деятельности палаты, поддержку адвокатов, организацию профессионального обучения и взаимодействие с государственными и общественными институтами. Вместе с тем сохраняются вопросы, требующие последовательной работы: условия встреч адвокатов с доверителями в СИЗО № 1, организация участия защитников по назначению в районах, технические сложности КИС АР и рост административной нагрузки.</w:t>
      </w:r>
    </w:p>
    <w:p w14:paraId="41AE8E70" w14:textId="77777777" w:rsidR="009F26DD" w:rsidRDefault="001F300F" w:rsidP="00996808">
      <w:pPr>
        <w:ind w:right="-285"/>
        <w:rPr>
          <w:lang w:val="ru-RU"/>
        </w:rPr>
      </w:pPr>
      <w:r w:rsidRPr="00996808">
        <w:rPr>
          <w:lang w:val="ru-RU"/>
        </w:rPr>
        <w:t>Благодарю членов Совета, сотрудников палаты и всех коллег, принимавших участие в этой работе и содействовавших решению общих профессиональных задач.</w:t>
      </w:r>
    </w:p>
    <w:p w14:paraId="35DBCADF" w14:textId="77777777" w:rsidR="00996808" w:rsidRDefault="00996808" w:rsidP="00996808">
      <w:pPr>
        <w:ind w:right="-285"/>
        <w:rPr>
          <w:lang w:val="ru-RU"/>
        </w:rPr>
      </w:pPr>
    </w:p>
    <w:p w14:paraId="6F8CD512" w14:textId="77777777" w:rsidR="00996808" w:rsidRPr="00D23628" w:rsidRDefault="00996808" w:rsidP="00996808">
      <w:pPr>
        <w:spacing w:after="0" w:line="276" w:lineRule="auto"/>
        <w:ind w:right="-285"/>
        <w:rPr>
          <w:bCs/>
          <w:lang w:val="ru-RU"/>
        </w:rPr>
      </w:pPr>
      <w:r w:rsidRPr="00D23628">
        <w:rPr>
          <w:lang w:val="ru-RU"/>
        </w:rPr>
        <w:t>Уважаемый Президент Сахалинской адвокатской палаты, уважаемые коллеги!</w:t>
      </w:r>
    </w:p>
    <w:p w14:paraId="08D6F579" w14:textId="77777777" w:rsidR="00996808" w:rsidRPr="00D23628" w:rsidRDefault="00996808" w:rsidP="00996808">
      <w:pPr>
        <w:spacing w:after="0" w:line="276" w:lineRule="auto"/>
        <w:ind w:right="-285" w:firstLine="709"/>
        <w:rPr>
          <w:lang w:val="ru-RU"/>
        </w:rPr>
      </w:pPr>
    </w:p>
    <w:p w14:paraId="3993E605" w14:textId="77777777" w:rsidR="00996808" w:rsidRPr="00D23628" w:rsidRDefault="00996808" w:rsidP="00996808">
      <w:pPr>
        <w:spacing w:after="0" w:line="276" w:lineRule="auto"/>
        <w:ind w:right="-285" w:firstLine="709"/>
        <w:rPr>
          <w:lang w:val="ru-RU"/>
        </w:rPr>
      </w:pPr>
      <w:r w:rsidRPr="00D23628">
        <w:rPr>
          <w:lang w:val="ru-RU"/>
        </w:rPr>
        <w:t>Сахалинская адвокатская палата продолжает работу по оказанию бесплатной юридической помощи гражданам нашего региона. Участие в государственной системе БЮП давно стало для адвокатов Сахалинской области одной из постоянных форм нашей профессиональной и социальной работы.</w:t>
      </w:r>
    </w:p>
    <w:p w14:paraId="79EC1718" w14:textId="77777777" w:rsidR="00996808" w:rsidRPr="00D23628" w:rsidRDefault="00996808" w:rsidP="00996808">
      <w:pPr>
        <w:spacing w:after="0" w:line="276" w:lineRule="auto"/>
        <w:ind w:right="-285" w:firstLine="709"/>
        <w:rPr>
          <w:lang w:val="ru-RU"/>
        </w:rPr>
      </w:pPr>
      <w:r w:rsidRPr="00D23628">
        <w:rPr>
          <w:lang w:val="ru-RU"/>
        </w:rPr>
        <w:t>В соответствии с Законом № 324-ФЗ к адвокатам обращаются малоимущие граждане, инвалиды, ветераны, семьи с детьми, дети-сироты, пожилые граждане, участники специальной военной операции и члены их семей, а также жители удаленных и труднодоступных территорий. Обращаются с вопросами о защите жилищных, социальных, трудовых и семейных прав, установлении юридически значимых фактов и восстановлении документов. Участникам специальной военной операции и членам их семей помощь оказывается, в частности, по вопросам получения положенных выплат и льгот, установления фактов родства, отцовства, гибели или безвестного отсутствия военнослужащего, оформления наследственных прав и обжалования решений государственных органов.</w:t>
      </w:r>
    </w:p>
    <w:p w14:paraId="713EE648" w14:textId="77777777" w:rsidR="00996808" w:rsidRPr="00D23628" w:rsidRDefault="00996808" w:rsidP="00996808">
      <w:pPr>
        <w:spacing w:after="0" w:line="276" w:lineRule="auto"/>
        <w:ind w:right="-285" w:firstLine="709"/>
        <w:rPr>
          <w:lang w:val="ru-RU"/>
        </w:rPr>
      </w:pPr>
      <w:r w:rsidRPr="00D23628">
        <w:rPr>
          <w:lang w:val="ru-RU"/>
        </w:rPr>
        <w:t>Адвокаты оказывают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 а также представления интересов граждан в судах, государственных и муниципальных органах и иных организациях.</w:t>
      </w:r>
    </w:p>
    <w:p w14:paraId="15154E05" w14:textId="77777777" w:rsidR="00996808" w:rsidRPr="00D23628" w:rsidRDefault="00996808" w:rsidP="00996808">
      <w:pPr>
        <w:spacing w:after="0" w:line="276" w:lineRule="auto"/>
        <w:ind w:right="-285" w:firstLine="709"/>
        <w:rPr>
          <w:lang w:val="ru-RU"/>
        </w:rPr>
      </w:pPr>
    </w:p>
    <w:p w14:paraId="6D5EE503" w14:textId="77777777" w:rsidR="00996808" w:rsidRPr="00D23628" w:rsidRDefault="00996808" w:rsidP="00996808">
      <w:pPr>
        <w:spacing w:after="0" w:line="276" w:lineRule="auto"/>
        <w:ind w:right="-285" w:firstLine="709"/>
        <w:rPr>
          <w:lang w:val="ru-RU"/>
        </w:rPr>
      </w:pPr>
      <w:r w:rsidRPr="00D23628">
        <w:rPr>
          <w:lang w:val="ru-RU"/>
        </w:rPr>
        <w:lastRenderedPageBreak/>
        <w:t>В данном выступлении хотелось бы рассказать о последних изменениях в системе бесплатной юридической помощи на федеральном и региональном уровне, а также вновь обратить внимание на проблемы, как новые, так и неоднократно озвученные нами в прошлом.</w:t>
      </w:r>
    </w:p>
    <w:p w14:paraId="6C84A411" w14:textId="77777777" w:rsidR="00996808" w:rsidRPr="00D23628" w:rsidRDefault="00996808" w:rsidP="00996808">
      <w:pPr>
        <w:spacing w:after="0" w:line="276" w:lineRule="auto"/>
        <w:ind w:right="-285" w:firstLine="709"/>
        <w:rPr>
          <w:lang w:val="ru-RU"/>
        </w:rPr>
      </w:pPr>
      <w:r w:rsidRPr="00D23628">
        <w:rPr>
          <w:lang w:val="ru-RU"/>
        </w:rPr>
        <w:t xml:space="preserve">Основным событием прошедшего года стал переход системы к работе в цифровом формате. Федеральная государственная информационная система «Правовая помощь» введена в эксплуатацию, участники государственной системы подключаются к ней, а граждане уже могут через Госуслуги подать заявление и записаться на консультацию к адвокату. В нашем регионе БЮП с использованием ФГИС «Правовая помощь» оказывается во всех муниципальных образованиях Сахалинской области. </w:t>
      </w:r>
      <w:r w:rsidRPr="00D23628">
        <w:rPr>
          <w:iCs/>
          <w:lang w:val="ru-RU"/>
        </w:rPr>
        <w:t>На сегодняшний день с системой работают 29 сахалинских адвокатов в Южно-Сахалинске и других районах области.</w:t>
      </w:r>
      <w:r w:rsidRPr="00D23628">
        <w:rPr>
          <w:i/>
          <w:iCs/>
          <w:lang w:val="ru-RU"/>
        </w:rPr>
        <w:t xml:space="preserve"> </w:t>
      </w:r>
      <w:r w:rsidRPr="00D23628">
        <w:rPr>
          <w:lang w:val="ru-RU"/>
        </w:rPr>
        <w:t>То, о чем несколько лет говорили как о перспективе, стало частью нашей практической работы.</w:t>
      </w:r>
    </w:p>
    <w:p w14:paraId="3797034F" w14:textId="77777777" w:rsidR="00996808" w:rsidRPr="00D23628" w:rsidRDefault="00996808" w:rsidP="00996808">
      <w:pPr>
        <w:spacing w:after="0" w:line="276" w:lineRule="auto"/>
        <w:ind w:right="-285" w:firstLine="709"/>
        <w:rPr>
          <w:lang w:val="ru-RU"/>
        </w:rPr>
      </w:pPr>
      <w:r w:rsidRPr="00D23628">
        <w:rPr>
          <w:lang w:val="ru-RU"/>
        </w:rPr>
        <w:t xml:space="preserve">Вместе с тем электронное обращение гражданина является лишь началом этой работы. Дальнейшее движение поручения остается прежним: назначение адвоката, подтверждение оказанной помощи, представление отчетности и выплата вознаграждения регулируются разными актами и осуществляются отдельно друг от друга. Получается, что электронный формат появился на входе в систему, а значительная часть последующей работы по-прежнему остается бумажной. </w:t>
      </w:r>
      <w:r w:rsidRPr="00D23628">
        <w:rPr>
          <w:iCs/>
          <w:lang w:val="ru-RU"/>
        </w:rPr>
        <w:t>К этому вопросу я еще вернусь.</w:t>
      </w:r>
    </w:p>
    <w:p w14:paraId="3766AD2A" w14:textId="77777777" w:rsidR="00996808" w:rsidRPr="00D23628" w:rsidRDefault="00996808" w:rsidP="00996808">
      <w:pPr>
        <w:spacing w:after="0" w:line="276" w:lineRule="auto"/>
        <w:ind w:right="-285" w:firstLine="709"/>
        <w:rPr>
          <w:lang w:val="ru-RU"/>
        </w:rPr>
      </w:pPr>
    </w:p>
    <w:p w14:paraId="790DF853" w14:textId="77777777" w:rsidR="00996808" w:rsidRPr="00D23628" w:rsidRDefault="00996808" w:rsidP="00996808">
      <w:pPr>
        <w:spacing w:after="0" w:line="276" w:lineRule="auto"/>
        <w:ind w:right="-285" w:firstLine="709"/>
        <w:rPr>
          <w:lang w:val="ru-RU"/>
        </w:rPr>
      </w:pPr>
      <w:r w:rsidRPr="00D23628">
        <w:rPr>
          <w:lang w:val="ru-RU"/>
        </w:rPr>
        <w:t>В 2026 году были приняты и другие изменения. Федеральным законом от 23 марта 2026 года № 64-ФЗ круг получателей БЮП расширен за счет лиц, ходатайствующих о признании вынужденными переселенцами или беженцами, лиц, уже получивших такой статус, а также лиц, которым предоставлено временное убежище.</w:t>
      </w:r>
    </w:p>
    <w:p w14:paraId="27FC80B7" w14:textId="77777777" w:rsidR="00996808" w:rsidRPr="00D23628" w:rsidRDefault="00996808" w:rsidP="00996808">
      <w:pPr>
        <w:spacing w:after="0" w:line="276" w:lineRule="auto"/>
        <w:ind w:right="-285" w:firstLine="709"/>
        <w:rPr>
          <w:lang w:val="ru-RU"/>
        </w:rPr>
      </w:pPr>
      <w:r w:rsidRPr="00D23628">
        <w:rPr>
          <w:lang w:val="ru-RU"/>
        </w:rPr>
        <w:t>В практику также вошли изменения, принятые в конце 2025 года, по которым представительство в суде в рамках БЮП допускается по более широкому кругу трудовых споров, включая восстановление на работе и взыскание заработка за время вынужденного прогула.</w:t>
      </w:r>
    </w:p>
    <w:p w14:paraId="1CE2AA00" w14:textId="77777777" w:rsidR="00996808" w:rsidRPr="00D23628" w:rsidRDefault="00996808" w:rsidP="00996808">
      <w:pPr>
        <w:spacing w:after="0" w:line="276" w:lineRule="auto"/>
        <w:ind w:right="-285" w:firstLine="709"/>
        <w:rPr>
          <w:lang w:val="ru-RU"/>
        </w:rPr>
      </w:pPr>
      <w:r w:rsidRPr="00D23628">
        <w:rPr>
          <w:lang w:val="ru-RU"/>
        </w:rPr>
        <w:t>Параллельно меняется порядок контроля. Приказом Минюста России от 6 мая 2026 года № 127 уточнен порядок представления опросных листов граждан, получивших бесплатную юридическую помощь. Приказом от 10 июня 2026 года № 170 обновлена форма федерального мониторинга. В Сахалинской области Законом от 3 марта 2026 года № 9-ЗО расширены возможности контроля за осуществлением муниципальными образованиями переданных полномочий по БЮП. Кроме того, по имеющейся у нас информации, соответствующая проверка предусмотрена планом Сахалинского УФАС России на 2026 год.</w:t>
      </w:r>
    </w:p>
    <w:p w14:paraId="3EA07A59" w14:textId="77777777" w:rsidR="00996808" w:rsidRPr="00D23628" w:rsidRDefault="00996808" w:rsidP="00996808">
      <w:pPr>
        <w:spacing w:after="0" w:line="276" w:lineRule="auto"/>
        <w:ind w:right="-285" w:firstLine="709"/>
        <w:rPr>
          <w:bCs/>
          <w:lang w:val="ru-RU"/>
        </w:rPr>
      </w:pPr>
      <w:r w:rsidRPr="00D23628">
        <w:rPr>
          <w:lang w:val="ru-RU"/>
        </w:rPr>
        <w:t>Таким образом, круг получателей БЮП расширяется, работа переводится в электронную форму, усиливаются учет и контроль. Вместе с тем сам порядок участия адвокатов в государственной системе практически не меняется.</w:t>
      </w:r>
    </w:p>
    <w:p w14:paraId="2D827296" w14:textId="77777777" w:rsidR="00996808" w:rsidRPr="00D23628" w:rsidRDefault="00996808" w:rsidP="00996808">
      <w:pPr>
        <w:spacing w:after="0" w:line="276" w:lineRule="auto"/>
        <w:ind w:right="-285" w:firstLine="709"/>
        <w:rPr>
          <w:lang w:val="ru-RU"/>
        </w:rPr>
      </w:pPr>
    </w:p>
    <w:p w14:paraId="0072BE8F" w14:textId="77777777" w:rsidR="00996808" w:rsidRPr="00D23628" w:rsidRDefault="00996808" w:rsidP="00996808">
      <w:pPr>
        <w:spacing w:after="0" w:line="276" w:lineRule="auto"/>
        <w:ind w:right="-285" w:firstLine="709"/>
        <w:rPr>
          <w:lang w:val="ru-RU"/>
        </w:rPr>
      </w:pPr>
      <w:r w:rsidRPr="00D23628">
        <w:rPr>
          <w:lang w:val="ru-RU"/>
        </w:rPr>
        <w:t>Вопрос оплаты труда адвокатов поднимается на Совете не первый год. В Сахалинской области размер вознаграждения за день судебного представительства по-прежнему составляет 1500 рублей независимо от фактически затраченного времени. В конце 2025 года в региональное положение были внесены очередные изменения, связанные с расширением категорий дел, однако сам размер оплаты пересмотрен не был.</w:t>
      </w:r>
    </w:p>
    <w:p w14:paraId="4D05342A" w14:textId="77777777" w:rsidR="00996808" w:rsidRPr="00D23628" w:rsidRDefault="00996808" w:rsidP="00996808">
      <w:pPr>
        <w:spacing w:after="0" w:line="276" w:lineRule="auto"/>
        <w:ind w:right="-285" w:firstLine="709"/>
        <w:rPr>
          <w:lang w:val="ru-RU"/>
        </w:rPr>
      </w:pPr>
      <w:r w:rsidRPr="00D23628">
        <w:rPr>
          <w:lang w:val="ru-RU"/>
        </w:rPr>
        <w:t>Нам хорошо известно, из чего складывается работа по такому поручению. Судебное заседание является лишь одним ее элементом. До него необходимо принять гражданина, изучить документы, определить способ защиты, подготовить заявление либо возражения, собрать доказательства. После заседания работа по делу часто продолжается. Действующий размер вознаграждения всего этого не учитывает.</w:t>
      </w:r>
    </w:p>
    <w:p w14:paraId="5BAEFC49" w14:textId="77777777" w:rsidR="00996808" w:rsidRPr="00D23628" w:rsidRDefault="00996808" w:rsidP="00996808">
      <w:pPr>
        <w:spacing w:after="0" w:line="276" w:lineRule="auto"/>
        <w:ind w:right="-285" w:firstLine="709"/>
        <w:rPr>
          <w:lang w:val="ru-RU"/>
        </w:rPr>
      </w:pPr>
      <w:r w:rsidRPr="00D23628">
        <w:rPr>
          <w:lang w:val="ru-RU"/>
        </w:rPr>
        <w:t xml:space="preserve">Одновременно получение оплаты требует составления соглашения, акта, индивидуального отчета, представления подтверждающих документов и последующей проверки. Бюджетное </w:t>
      </w:r>
      <w:r w:rsidRPr="00D23628">
        <w:rPr>
          <w:lang w:val="ru-RU"/>
        </w:rPr>
        <w:lastRenderedPageBreak/>
        <w:t>финансирование, конечно, предполагает учет выполненной работы. Вопрос в другом: насколько этот учет соразмерен размеру выплаты и можно ли получить необходимые государству сведения без многократного оформления одних и тех же документов.</w:t>
      </w:r>
    </w:p>
    <w:p w14:paraId="63115755" w14:textId="77777777" w:rsidR="00996808" w:rsidRPr="00D23628" w:rsidRDefault="00996808" w:rsidP="00996808">
      <w:pPr>
        <w:spacing w:after="0" w:line="276" w:lineRule="auto"/>
        <w:ind w:right="-285" w:firstLine="709"/>
        <w:rPr>
          <w:iCs/>
          <w:lang w:val="ru-RU"/>
        </w:rPr>
      </w:pPr>
      <w:r w:rsidRPr="00D23628">
        <w:rPr>
          <w:iCs/>
          <w:lang w:val="ru-RU"/>
        </w:rPr>
        <w:t>Практика самой Палаты хорошо показывает, насколько разными способами сегодня ведется этот учет. В 2025 году адвокаты направляли сведения о количестве граждан, категориях обращений и оказанной помощи как в форме письменных отчетов, так и через сеть Интернет и телефонную связь. Использовались национальный мессенджер Max, аудио- и видеосвязь. Более ста отчетов поступило именно такими способами и впоследствии было включено в сводный отчет Палаты. Отдельные адвокаты представляли письменные сведения ежемесячно.</w:t>
      </w:r>
    </w:p>
    <w:p w14:paraId="2B50376A" w14:textId="77777777" w:rsidR="00996808" w:rsidRPr="00D23628" w:rsidRDefault="00996808" w:rsidP="00996808">
      <w:pPr>
        <w:spacing w:after="0" w:line="276" w:lineRule="auto"/>
        <w:ind w:right="-285" w:firstLine="709"/>
        <w:rPr>
          <w:i/>
          <w:iCs/>
          <w:lang w:val="ru-RU"/>
        </w:rPr>
      </w:pPr>
      <w:r w:rsidRPr="00D23628">
        <w:rPr>
          <w:i/>
          <w:iCs/>
          <w:lang w:val="ru-RU"/>
        </w:rPr>
        <w:t>Такая практика позволяет оперативно работать, однако одновременно показывает, что единого канала учета у нас пока нет. Адвокат получает поручение одним способом, сообщает о результате другим, после чего те же сведения используются для подготовки сводной отчетности и решения вопроса об оплате.</w:t>
      </w:r>
    </w:p>
    <w:p w14:paraId="3F6AA7B0" w14:textId="77777777" w:rsidR="00996808" w:rsidRPr="00D23628" w:rsidRDefault="00996808" w:rsidP="00996808">
      <w:pPr>
        <w:spacing w:after="0" w:line="276" w:lineRule="auto"/>
        <w:ind w:right="-285" w:firstLine="709"/>
        <w:rPr>
          <w:lang w:val="ru-RU"/>
        </w:rPr>
      </w:pPr>
      <w:r w:rsidRPr="00D23628">
        <w:rPr>
          <w:lang w:val="ru-RU"/>
        </w:rPr>
        <w:t>Размеры выплат адвокатам должны ежегодно индексироваться. При расчете вознаграждения необходимо учитывать сложность дела, участие в судебном разбирательстве, продолжительность исполнения поручения и необходимость выезда. Для Сахалинской области повышающий коэффициент за работу в отдаленной местности имеет особое значение. Стоимость и продолжительность поездки в район нередко несопоставимы с действующей компенсацией.</w:t>
      </w:r>
    </w:p>
    <w:p w14:paraId="79AFDE08" w14:textId="77777777" w:rsidR="00996808" w:rsidRPr="00D23628" w:rsidRDefault="00996808" w:rsidP="00996808">
      <w:pPr>
        <w:spacing w:after="0" w:line="276" w:lineRule="auto"/>
        <w:ind w:right="-285" w:firstLine="709"/>
        <w:rPr>
          <w:lang w:val="ru-RU"/>
        </w:rPr>
      </w:pPr>
      <w:r w:rsidRPr="00D23628">
        <w:rPr>
          <w:lang w:val="ru-RU"/>
        </w:rPr>
        <w:t>С установлением федеральных минимальных ставок связан и вопрос финансирования. Сегодня оплата труда адвокатов относится к расходным обязательствам субъектов Российской Федерации. Поэтому размеры выплат зависят от возможностей конкретного региона. Предлагаем предусмотреть софинансирование соответствующих расходов из федерального бюджета. Право на БЮП установлено федеральным законом, следовательно, основные условия ее оказания не должны существенно различаться в зависимости от места проживания гражданина.</w:t>
      </w:r>
    </w:p>
    <w:p w14:paraId="6AE5C39A" w14:textId="77777777" w:rsidR="00996808" w:rsidRPr="00D23628" w:rsidRDefault="00996808" w:rsidP="00996808">
      <w:pPr>
        <w:spacing w:after="0" w:line="276" w:lineRule="auto"/>
        <w:ind w:right="-285" w:firstLine="709"/>
        <w:rPr>
          <w:lang w:val="ru-RU"/>
        </w:rPr>
      </w:pPr>
    </w:p>
    <w:p w14:paraId="0B8DDDF7" w14:textId="77777777" w:rsidR="00996808" w:rsidRPr="00D23628" w:rsidRDefault="00996808" w:rsidP="00996808">
      <w:pPr>
        <w:spacing w:after="0" w:line="276" w:lineRule="auto"/>
        <w:ind w:right="-285" w:firstLine="709"/>
        <w:rPr>
          <w:lang w:val="ru-RU"/>
        </w:rPr>
      </w:pPr>
      <w:r w:rsidRPr="00D23628">
        <w:rPr>
          <w:lang w:val="ru-RU"/>
        </w:rPr>
        <w:t>В связи с этим Сахалинская адвокатская палата предлагает установить в Федеральном законе № 324-ФЗ единый порядок привлечения адвокатов, учета оказанной ими помощи и выплаты вознаграждения.</w:t>
      </w:r>
    </w:p>
    <w:p w14:paraId="5C88F950" w14:textId="77777777" w:rsidR="00996808" w:rsidRPr="00D23628" w:rsidRDefault="00996808" w:rsidP="00996808">
      <w:pPr>
        <w:spacing w:after="0" w:line="276" w:lineRule="auto"/>
        <w:ind w:right="-285" w:firstLine="709"/>
        <w:rPr>
          <w:lang w:val="ru-RU"/>
        </w:rPr>
      </w:pPr>
      <w:r w:rsidRPr="00D23628">
        <w:rPr>
          <w:lang w:val="ru-RU"/>
        </w:rPr>
        <w:t>Поручение должно направляться адвокату через адвокатскую палату субъекта Российской Федерации и регистрироваться в ФГИС «Правовая помощь». После исполнения поручения адвокат подтверждает в этой же системе вид и объем оказанной помощи. Затем уполномоченный орган принимает решение о выплате вознаграждения на основании уже внесенных сведений. В Сахалинской области таким органом является Агентство по обеспечению деятельности мировых судей Сахалинской области.</w:t>
      </w:r>
    </w:p>
    <w:p w14:paraId="0DD14ED4" w14:textId="77777777" w:rsidR="00996808" w:rsidRPr="00D23628" w:rsidRDefault="00996808" w:rsidP="00996808">
      <w:pPr>
        <w:spacing w:after="0" w:line="276" w:lineRule="auto"/>
        <w:ind w:right="-285" w:firstLine="709"/>
        <w:rPr>
          <w:lang w:val="ru-RU"/>
        </w:rPr>
      </w:pPr>
      <w:r w:rsidRPr="00D23628">
        <w:rPr>
          <w:lang w:val="ru-RU"/>
        </w:rPr>
        <w:t>При таком порядке адвокатская палата продолжает организовывать участие адвокатов в БЮП, а уполномоченный орган получает сведения, необходимые для контроля и оплаты. Движение поручения от момента его поступления до выплаты вознаграждения отражается в одной системе. Отдельно собирать и направлять документы, содержание которых уже внесено в ФГИС, в таком случае не потребуется.</w:t>
      </w:r>
    </w:p>
    <w:p w14:paraId="31C9C98C" w14:textId="77777777" w:rsidR="00996808" w:rsidRPr="00D23628" w:rsidRDefault="00996808" w:rsidP="00996808">
      <w:pPr>
        <w:spacing w:after="0" w:line="276" w:lineRule="auto"/>
        <w:ind w:right="-285" w:firstLine="709"/>
        <w:rPr>
          <w:lang w:val="ru-RU"/>
        </w:rPr>
      </w:pPr>
    </w:p>
    <w:p w14:paraId="2545D1FC" w14:textId="77777777" w:rsidR="00996808" w:rsidRPr="00D23628" w:rsidRDefault="00996808" w:rsidP="00996808">
      <w:pPr>
        <w:spacing w:after="0" w:line="276" w:lineRule="auto"/>
        <w:ind w:right="-285" w:firstLine="709"/>
        <w:rPr>
          <w:lang w:val="ru-RU"/>
        </w:rPr>
      </w:pPr>
      <w:r w:rsidRPr="00D23628">
        <w:rPr>
          <w:lang w:val="ru-RU"/>
        </w:rPr>
        <w:t>Еще один вопрос, который регулярно возникает на практике, касается продолжения работы после вынесения решения судом первой инстанции. Действующее регулирование не дает достаточно ясного ответа, сохраняется ли поручение при подаче апелляционной или кассационной жалобы. Между тем результат дела часто зависит именно от обжалования.</w:t>
      </w:r>
    </w:p>
    <w:p w14:paraId="02956706" w14:textId="77777777" w:rsidR="00996808" w:rsidRPr="00D23628" w:rsidRDefault="00996808" w:rsidP="00996808">
      <w:pPr>
        <w:spacing w:after="0" w:line="276" w:lineRule="auto"/>
        <w:ind w:right="-285" w:firstLine="709"/>
        <w:rPr>
          <w:lang w:val="ru-RU"/>
        </w:rPr>
      </w:pPr>
      <w:r w:rsidRPr="00D23628">
        <w:rPr>
          <w:lang w:val="ru-RU"/>
        </w:rPr>
        <w:t>Если адвокат вел дело с самого начала, прекращение помощи после первой инстанции вынуждает гражданина самостоятельно продолжать процесс либо заново обращаться за назначением другого специалиста. Такой порядок затрудняет последовательную защиту его прав.</w:t>
      </w:r>
    </w:p>
    <w:p w14:paraId="389E06AE" w14:textId="77777777" w:rsidR="00996808" w:rsidRPr="00D23628" w:rsidRDefault="00996808" w:rsidP="00996808">
      <w:pPr>
        <w:spacing w:after="0" w:line="276" w:lineRule="auto"/>
        <w:ind w:right="-285" w:firstLine="709"/>
        <w:rPr>
          <w:lang w:val="ru-RU"/>
        </w:rPr>
      </w:pPr>
      <w:r w:rsidRPr="00D23628">
        <w:rPr>
          <w:lang w:val="ru-RU"/>
        </w:rPr>
        <w:lastRenderedPageBreak/>
        <w:t>Считаем необходимым прямо закрепить в Федеральном законе № 324-ФЗ возможность продолжения БЮП в апелляционной и кассационной инстанциях, когда этого требует защита права гражданина. Вознаграждение в таком случае должно определяться с учетом объема работы на каждой стадии.</w:t>
      </w:r>
    </w:p>
    <w:p w14:paraId="21730F37" w14:textId="77777777" w:rsidR="00996808" w:rsidRPr="00D23628" w:rsidRDefault="00996808" w:rsidP="00996808">
      <w:pPr>
        <w:spacing w:after="0" w:line="276" w:lineRule="auto"/>
        <w:ind w:right="-285" w:firstLine="709"/>
        <w:rPr>
          <w:lang w:val="ru-RU"/>
        </w:rPr>
      </w:pPr>
    </w:p>
    <w:p w14:paraId="561B7ED4" w14:textId="77777777" w:rsidR="00996808" w:rsidRPr="00D23628" w:rsidRDefault="00996808" w:rsidP="00996808">
      <w:pPr>
        <w:spacing w:after="0" w:line="276" w:lineRule="auto"/>
        <w:ind w:right="-285" w:firstLine="709"/>
        <w:rPr>
          <w:lang w:val="ru-RU"/>
        </w:rPr>
      </w:pPr>
      <w:r w:rsidRPr="00D23628">
        <w:rPr>
          <w:lang w:val="ru-RU"/>
        </w:rPr>
        <w:t>Следующее предложение связано с подтверждением права на БЮП. Сейчас гражданин представляет документы о доходах, инвалидности, составе семьи, статусе ветерана или принадлежности к иной льготной категории. Затем эти документы проверяет адвокат либо орган, выдавший направление. Значительная часть таких сведений уже находится в распоряжении государственных органов.</w:t>
      </w:r>
    </w:p>
    <w:p w14:paraId="77DD80A6" w14:textId="77777777" w:rsidR="00996808" w:rsidRPr="00D23628" w:rsidRDefault="00996808" w:rsidP="00996808">
      <w:pPr>
        <w:spacing w:after="0" w:line="276" w:lineRule="auto"/>
        <w:ind w:right="-285" w:firstLine="709"/>
        <w:rPr>
          <w:lang w:val="ru-RU"/>
        </w:rPr>
      </w:pPr>
      <w:r w:rsidRPr="00D23628">
        <w:rPr>
          <w:lang w:val="ru-RU"/>
        </w:rPr>
        <w:t>Полагаем, что гражданин и адвокат не должны повторно представлять документы, которыми государство располагает. Принадлежность к льготной категории должна по общему правилу подтверждаться посредством межведомственного взаимодействия. Бумажные документы нужны тогда, когда соответствующих сведений в государственной системе нет либо они требуют уточнения.</w:t>
      </w:r>
    </w:p>
    <w:p w14:paraId="079D6741" w14:textId="77777777" w:rsidR="00996808" w:rsidRPr="00D23628" w:rsidRDefault="00996808" w:rsidP="00996808">
      <w:pPr>
        <w:spacing w:after="0" w:line="276" w:lineRule="auto"/>
        <w:ind w:right="-285" w:firstLine="709"/>
        <w:rPr>
          <w:lang w:val="ru-RU"/>
        </w:rPr>
      </w:pPr>
      <w:r w:rsidRPr="00D23628">
        <w:rPr>
          <w:lang w:val="ru-RU"/>
        </w:rPr>
        <w:t>Такой порядок сократит подготовительную часть обращения и исключит ситуации, когда оказание помощи задерживается из-за отсутствия справки, которую государственный орган может получить самостоятельно.</w:t>
      </w:r>
    </w:p>
    <w:p w14:paraId="3C8EE156" w14:textId="77777777" w:rsidR="00996808" w:rsidRPr="00D23628" w:rsidRDefault="00996808" w:rsidP="00996808">
      <w:pPr>
        <w:spacing w:after="0" w:line="276" w:lineRule="auto"/>
        <w:ind w:right="-285" w:firstLine="709"/>
        <w:rPr>
          <w:lang w:val="ru-RU"/>
        </w:rPr>
      </w:pPr>
      <w:r w:rsidRPr="00D23628">
        <w:rPr>
          <w:lang w:val="ru-RU"/>
        </w:rPr>
        <w:t>Наконец, необходимо унифицировать формы учета БЮП для всех участников государственной системы. Сейчас порядок подтверждения работы адвоката остается одним из наиболее сложных. Единая форма в ФГИС должна содержать сведения, действительно необходимые для учета: основание оказания помощи, ее вид, совершенные действия, результат и понесенные расходы. Остальная информация может поступать из уже имеющихся государственных ресурсов.</w:t>
      </w:r>
    </w:p>
    <w:p w14:paraId="506766F9" w14:textId="77777777" w:rsidR="00996808" w:rsidRPr="00D23628" w:rsidRDefault="00996808" w:rsidP="00996808">
      <w:pPr>
        <w:spacing w:after="0" w:line="276" w:lineRule="auto"/>
        <w:ind w:right="-285" w:firstLine="709"/>
        <w:rPr>
          <w:lang w:val="ru-RU" w:eastAsia="ja-JP"/>
        </w:rPr>
      </w:pPr>
    </w:p>
    <w:p w14:paraId="29E64A48" w14:textId="77777777" w:rsidR="00996808" w:rsidRPr="00D23628" w:rsidRDefault="00996808" w:rsidP="00996808">
      <w:pPr>
        <w:spacing w:after="0" w:line="276" w:lineRule="auto"/>
        <w:ind w:right="-285" w:firstLine="709"/>
        <w:rPr>
          <w:lang w:val="ru-RU"/>
        </w:rPr>
      </w:pPr>
      <w:r w:rsidRPr="00D23628">
        <w:rPr>
          <w:lang w:val="ru-RU"/>
        </w:rPr>
        <w:t>Наши предложения не означают отказа от контроля. Единая цифровая система, напротив, позволяет сделать его понятнее. Сейчас проверка во многом сводится к тому, правильно ли заполнены несколько документов, сроки отчета. При электронной регистрации поручения можно проверить сроки его исполнения, содержание выполненной работы и основание выплаты без повторного запроса тех же сведений у адвоката и Палаты.</w:t>
      </w:r>
    </w:p>
    <w:p w14:paraId="02BC6E3F" w14:textId="77777777" w:rsidR="00996808" w:rsidRPr="00D23628" w:rsidRDefault="00996808" w:rsidP="00996808">
      <w:pPr>
        <w:spacing w:after="0" w:line="276" w:lineRule="auto"/>
        <w:ind w:right="-285" w:firstLine="709"/>
        <w:rPr>
          <w:lang w:val="ru-RU"/>
        </w:rPr>
      </w:pPr>
      <w:r w:rsidRPr="00D23628">
        <w:rPr>
          <w:lang w:val="ru-RU"/>
        </w:rPr>
        <w:t>При подготовке предложений по совершенствованию этой работы мы также изучили опыт других регионов. В соответствии с решением Координационного совета при Главном управлении Минюста России по Приморскому краю Сахалинской адвокатской палатой совместно с Государственным юридическим бюро изучена организация БЮП адвокатскими палатами Приморского и Камчатского краев. Подходы, которые могут быть полезны в наших условиях, рекомендованы для применения в работе сахалинских адвокатов.</w:t>
      </w:r>
    </w:p>
    <w:p w14:paraId="11DE224F" w14:textId="77777777" w:rsidR="00996808" w:rsidRPr="00D23628" w:rsidRDefault="00996808" w:rsidP="00996808">
      <w:pPr>
        <w:spacing w:after="0" w:line="276" w:lineRule="auto"/>
        <w:ind w:right="-285" w:firstLine="709"/>
        <w:rPr>
          <w:lang w:val="ru-RU"/>
        </w:rPr>
      </w:pPr>
    </w:p>
    <w:p w14:paraId="11D6E5C1" w14:textId="77777777" w:rsidR="00996808" w:rsidRPr="00D23628" w:rsidRDefault="00996808" w:rsidP="00996808">
      <w:pPr>
        <w:spacing w:after="0" w:line="276" w:lineRule="auto"/>
        <w:ind w:right="-285" w:firstLine="709"/>
        <w:rPr>
          <w:lang w:val="ru-RU"/>
        </w:rPr>
      </w:pPr>
      <w:r w:rsidRPr="00D23628">
        <w:rPr>
          <w:lang w:val="ru-RU"/>
        </w:rPr>
        <w:t>Таким образом, вопрос о необходимости цифровизации государственной системы БЮП сегодня уже решен. ФГИС работает, заявления граждан поступают, адвокаты подключены к системе. Теперь необходимо объединить в ней весь порядок исполнения поручения и одновременно решить вопрос оплаты труда адвокатов. Надеюсь, работа в этом направлении будет продолжена.</w:t>
      </w:r>
    </w:p>
    <w:p w14:paraId="7C38D84E" w14:textId="77777777" w:rsidR="00996808" w:rsidRPr="00D23628" w:rsidRDefault="00996808" w:rsidP="00996808">
      <w:pPr>
        <w:spacing w:after="0" w:line="276" w:lineRule="auto"/>
        <w:ind w:right="-285" w:firstLine="709"/>
        <w:rPr>
          <w:lang w:val="ru-RU"/>
        </w:rPr>
      </w:pPr>
    </w:p>
    <w:p w14:paraId="2BCF1535" w14:textId="77777777" w:rsidR="00996808" w:rsidRPr="00D23628" w:rsidRDefault="00996808" w:rsidP="00996808">
      <w:pPr>
        <w:spacing w:after="0" w:line="276" w:lineRule="auto"/>
        <w:ind w:right="-285" w:firstLine="709"/>
        <w:rPr>
          <w:iCs/>
          <w:lang w:val="ru-RU"/>
        </w:rPr>
      </w:pPr>
      <w:r w:rsidRPr="00D23628">
        <w:rPr>
          <w:iCs/>
          <w:lang w:val="ru-RU"/>
        </w:rPr>
        <w:t>При этом развитие системы БЮП состоит, конечно, не только из изменения законодательства и порядка отчетности. Большая часть нашей работы</w:t>
      </w:r>
      <w:r w:rsidRPr="00D23628">
        <w:rPr>
          <w:rFonts w:hint="eastAsia"/>
          <w:iCs/>
          <w:lang w:val="ru-RU" w:eastAsia="ja-JP"/>
        </w:rPr>
        <w:t xml:space="preserve"> </w:t>
      </w:r>
      <w:r w:rsidRPr="00D23628">
        <w:rPr>
          <w:iCs/>
          <w:lang w:val="ru-RU" w:eastAsia="ja-JP"/>
        </w:rPr>
        <w:t>–</w:t>
      </w:r>
      <w:r w:rsidRPr="00D23628">
        <w:rPr>
          <w:iCs/>
          <w:lang w:val="ru-RU"/>
        </w:rPr>
        <w:t xml:space="preserve"> это непосредственная работа с гражданами.</w:t>
      </w:r>
    </w:p>
    <w:p w14:paraId="426D693F" w14:textId="77777777" w:rsidR="00996808" w:rsidRPr="00D23628" w:rsidRDefault="00996808" w:rsidP="00996808">
      <w:pPr>
        <w:spacing w:after="0" w:line="276" w:lineRule="auto"/>
        <w:ind w:right="-285" w:firstLine="709"/>
        <w:rPr>
          <w:iCs/>
          <w:lang w:val="ru-RU"/>
        </w:rPr>
      </w:pPr>
      <w:r w:rsidRPr="00D23628">
        <w:rPr>
          <w:iCs/>
          <w:lang w:val="ru-RU"/>
        </w:rPr>
        <w:t xml:space="preserve">Хорошим примером стал Всероссийский день правовой помощи детям 20 ноября, Всероссийский день бесплатной юридической помощи «Адвокаты –гражданам- 3 декабря, </w:t>
      </w:r>
      <w:r w:rsidRPr="00D23628">
        <w:rPr>
          <w:iCs/>
          <w:lang w:val="ru-RU"/>
        </w:rPr>
        <w:lastRenderedPageBreak/>
        <w:t>Всероссийская неделя правовой помощи по вопросам защиты интересов семьи, прохо</w:t>
      </w:r>
      <w:r>
        <w:rPr>
          <w:iCs/>
          <w:lang w:val="ru-RU"/>
        </w:rPr>
        <w:t>дившая с 6 по 12 июля 2026 года, 1 октября Международный день пожилых людей.</w:t>
      </w:r>
      <w:r w:rsidRPr="00D23628">
        <w:rPr>
          <w:iCs/>
          <w:lang w:val="ru-RU"/>
        </w:rPr>
        <w:t xml:space="preserve"> Сахалинской адвокатской палатой в этот пер</w:t>
      </w:r>
      <w:r>
        <w:rPr>
          <w:iCs/>
          <w:lang w:val="ru-RU"/>
        </w:rPr>
        <w:t>иод проведено 21 мероприятие</w:t>
      </w:r>
      <w:r w:rsidRPr="00D23628">
        <w:rPr>
          <w:iCs/>
          <w:lang w:val="ru-RU"/>
        </w:rPr>
        <w:t xml:space="preserve">, посетили более 200 человек, еще в </w:t>
      </w:r>
      <w:proofErr w:type="gramStart"/>
      <w:r w:rsidRPr="00D23628">
        <w:rPr>
          <w:iCs/>
          <w:lang w:val="ru-RU"/>
        </w:rPr>
        <w:t>рамках  консультационных</w:t>
      </w:r>
      <w:proofErr w:type="gramEnd"/>
      <w:r w:rsidRPr="00D23628">
        <w:rPr>
          <w:iCs/>
          <w:lang w:val="ru-RU"/>
        </w:rPr>
        <w:t xml:space="preserve"> приемов правовую помощь п</w:t>
      </w:r>
      <w:r>
        <w:rPr>
          <w:iCs/>
          <w:lang w:val="ru-RU"/>
        </w:rPr>
        <w:t>олучили 5</w:t>
      </w:r>
      <w:r w:rsidRPr="00D23628">
        <w:rPr>
          <w:iCs/>
          <w:lang w:val="ru-RU"/>
        </w:rPr>
        <w:t>3 гражданина.</w:t>
      </w:r>
    </w:p>
    <w:p w14:paraId="7A6B6B4D" w14:textId="77777777" w:rsidR="00996808" w:rsidRPr="00D23628" w:rsidRDefault="00996808" w:rsidP="00996808">
      <w:pPr>
        <w:spacing w:after="0" w:line="276" w:lineRule="auto"/>
        <w:ind w:right="-285" w:firstLine="709"/>
        <w:rPr>
          <w:iCs/>
          <w:lang w:val="ru-RU"/>
        </w:rPr>
      </w:pPr>
      <w:r w:rsidRPr="00D23628">
        <w:rPr>
          <w:iCs/>
          <w:lang w:val="ru-RU"/>
        </w:rPr>
        <w:t xml:space="preserve">Основное внимание в просветительской части было уделено детям и семьям с детьми. Адвокатами Южно-Сахалинска в областной научной библиотеке, гимназиях, социально-реабилитационном центре для несовершеннолетних </w:t>
      </w:r>
      <w:proofErr w:type="gramStart"/>
      <w:r w:rsidRPr="00D23628">
        <w:rPr>
          <w:iCs/>
          <w:lang w:val="ru-RU"/>
        </w:rPr>
        <w:t>Маячок  проведены</w:t>
      </w:r>
      <w:proofErr w:type="gramEnd"/>
      <w:r w:rsidRPr="00D23628">
        <w:rPr>
          <w:iCs/>
          <w:lang w:val="ru-RU"/>
        </w:rPr>
        <w:t xml:space="preserve"> лекции, беседы, правовая работа. В центральной библиотеке имени В. М. Санги в рамках проекта «Счастливое материнство» адвокат Дмитрий Борисович Мирошин провел встречу для родителей и детей по вопросам прав и обязанностей несовершеннолетних, юридической ответственности и безопасного поведения, в том числе в сети Интернет.</w:t>
      </w:r>
    </w:p>
    <w:p w14:paraId="06006BE0" w14:textId="77777777" w:rsidR="00996808" w:rsidRPr="00D23628" w:rsidRDefault="00996808" w:rsidP="00996808">
      <w:pPr>
        <w:spacing w:after="0" w:line="276" w:lineRule="auto"/>
        <w:ind w:right="-285" w:firstLine="709"/>
        <w:rPr>
          <w:iCs/>
          <w:lang w:val="ru-RU"/>
        </w:rPr>
      </w:pPr>
      <w:r w:rsidRPr="00D23628">
        <w:rPr>
          <w:iCs/>
          <w:lang w:val="ru-RU"/>
        </w:rPr>
        <w:t xml:space="preserve">В Макарове адвокат Дроздов Алексей </w:t>
      </w:r>
      <w:proofErr w:type="spellStart"/>
      <w:r w:rsidRPr="00D23628">
        <w:rPr>
          <w:iCs/>
          <w:lang w:val="ru-RU"/>
        </w:rPr>
        <w:t>Алексадрович</w:t>
      </w:r>
      <w:proofErr w:type="spellEnd"/>
      <w:r w:rsidRPr="00D23628">
        <w:rPr>
          <w:iCs/>
          <w:lang w:val="ru-RU"/>
        </w:rPr>
        <w:t xml:space="preserve"> провел соответствующую встречу на базе социально-реабилитационного центра для несовершеннолетних «Огонёк». В Северо-Курильске адвокат Олег Сергеевич </w:t>
      </w:r>
      <w:proofErr w:type="spellStart"/>
      <w:r w:rsidRPr="00D23628">
        <w:rPr>
          <w:iCs/>
          <w:lang w:val="ru-RU"/>
        </w:rPr>
        <w:t>Киприн</w:t>
      </w:r>
      <w:proofErr w:type="spellEnd"/>
      <w:r w:rsidRPr="00D23628">
        <w:rPr>
          <w:iCs/>
          <w:lang w:val="ru-RU"/>
        </w:rPr>
        <w:t xml:space="preserve"> совместно с работниками прокуратуры провел беседу с детьми и родителями в лагере дневного пребывания «Солнышко». Обсуждались права несовершеннолетних, социальные права родителей, безопасность детей в период каникул и способы защиты их прав.</w:t>
      </w:r>
    </w:p>
    <w:p w14:paraId="59373070" w14:textId="77777777" w:rsidR="00996808" w:rsidRPr="00D23628" w:rsidRDefault="00996808" w:rsidP="00996808">
      <w:pPr>
        <w:spacing w:after="0" w:line="276" w:lineRule="auto"/>
        <w:ind w:right="-285" w:firstLine="709"/>
        <w:rPr>
          <w:iCs/>
          <w:lang w:val="ru-RU"/>
        </w:rPr>
      </w:pPr>
      <w:r w:rsidRPr="00D23628">
        <w:rPr>
          <w:iCs/>
          <w:lang w:val="ru-RU"/>
        </w:rPr>
        <w:t>Консультационные приемы в этот период проводились в муниципальных образованиях по всей области. Вопросы самые разные: помощь участникам СВО и членам их семей, установление отцовства, алименты, семейные и жилищные споры, земельное и трудовое законодательство, наследство, пенсионное обеспечение, исполнительное производство. Это именно тот объем повседневной работы, который далеко не всегда виден из общей статистики БЮП.</w:t>
      </w:r>
    </w:p>
    <w:p w14:paraId="354A1E24" w14:textId="77777777" w:rsidR="00996808" w:rsidRPr="00D23628" w:rsidRDefault="00996808" w:rsidP="00996808">
      <w:pPr>
        <w:spacing w:after="0" w:line="276" w:lineRule="auto"/>
        <w:ind w:right="-285" w:firstLine="709"/>
        <w:rPr>
          <w:iCs/>
          <w:lang w:val="ru-RU"/>
        </w:rPr>
      </w:pPr>
      <w:r w:rsidRPr="00D23628">
        <w:rPr>
          <w:iCs/>
          <w:lang w:val="ru-RU"/>
        </w:rPr>
        <w:t>Отдельным направлением остается оказание помощи жителям удаленных и труднодоступных населенных пунктов. В 2026 года помощь получили пять таких граждан.</w:t>
      </w:r>
    </w:p>
    <w:p w14:paraId="777322AB" w14:textId="77777777" w:rsidR="00996808" w:rsidRPr="00D23628" w:rsidRDefault="00996808" w:rsidP="00996808">
      <w:pPr>
        <w:spacing w:after="0" w:line="276" w:lineRule="auto"/>
        <w:ind w:right="-285" w:firstLine="709"/>
        <w:rPr>
          <w:iCs/>
          <w:lang w:val="ru-RU"/>
        </w:rPr>
      </w:pPr>
      <w:r w:rsidRPr="00D23628">
        <w:rPr>
          <w:iCs/>
          <w:lang w:val="ru-RU"/>
        </w:rPr>
        <w:t xml:space="preserve">Например, жителю села </w:t>
      </w:r>
      <w:proofErr w:type="spellStart"/>
      <w:r w:rsidRPr="00D23628">
        <w:rPr>
          <w:iCs/>
          <w:lang w:val="ru-RU"/>
        </w:rPr>
        <w:t>Пильво</w:t>
      </w:r>
      <w:proofErr w:type="spellEnd"/>
      <w:r w:rsidRPr="00D23628">
        <w:rPr>
          <w:iCs/>
          <w:lang w:val="ru-RU"/>
        </w:rPr>
        <w:t xml:space="preserve"> Смирныховского муниципального округа была оказана помощь по вопросу предоставления жилья ребенку-сироте и подготовлено исковое заявление в суд. Работа по делу продолжается. В селе Малокурильском Южно-Курильского муниципального округа по жилищным вопросам были подготовлены исковые заявления о выселении и снятии с регистрационного учета, которые судом удовлетворены. Консультации также проводились для жителей сел Трудовое и Урожайное.</w:t>
      </w:r>
    </w:p>
    <w:p w14:paraId="1705E0ED" w14:textId="77777777" w:rsidR="00996808" w:rsidRPr="00D23628" w:rsidRDefault="00996808" w:rsidP="00996808">
      <w:pPr>
        <w:spacing w:after="0" w:line="276" w:lineRule="auto"/>
        <w:ind w:right="-285" w:firstLine="709"/>
        <w:rPr>
          <w:iCs/>
          <w:lang w:val="ru-RU"/>
        </w:rPr>
      </w:pPr>
      <w:r w:rsidRPr="00D23628">
        <w:rPr>
          <w:iCs/>
          <w:lang w:val="ru-RU"/>
        </w:rPr>
        <w:t>Для нашей области такая работа имеет особое значение. Возможность получить квалифицированную помощь не должна фактически зависеть от того, проживает человек в Южно-Сахалинске или в небольшом населенном пункте на Курилах либо севере острова.</w:t>
      </w:r>
    </w:p>
    <w:p w14:paraId="57929FAA" w14:textId="77777777" w:rsidR="00996808" w:rsidRPr="00D23628" w:rsidRDefault="00996808" w:rsidP="00996808">
      <w:pPr>
        <w:spacing w:after="0" w:line="276" w:lineRule="auto"/>
        <w:ind w:right="-285" w:firstLine="709"/>
        <w:rPr>
          <w:iCs/>
          <w:lang w:val="ru-RU"/>
        </w:rPr>
      </w:pPr>
      <w:r w:rsidRPr="00D23628">
        <w:rPr>
          <w:iCs/>
          <w:lang w:val="ru-RU"/>
        </w:rPr>
        <w:t xml:space="preserve">Продолжается и работа с участниками СВО и членами их семей. Адвокаты Палаты принимают обращения по вопросам выплат и мер поддержки, семейных, наследственных, жилищных и иных прав. Прием граждан по этим вопросам ежемесячно проводятся адвокатами </w:t>
      </w:r>
      <w:proofErr w:type="spellStart"/>
      <w:r w:rsidRPr="00D23628">
        <w:rPr>
          <w:iCs/>
          <w:lang w:val="ru-RU"/>
        </w:rPr>
        <w:t>Фурсинымым</w:t>
      </w:r>
      <w:proofErr w:type="spellEnd"/>
      <w:r w:rsidRPr="00D23628">
        <w:rPr>
          <w:iCs/>
          <w:lang w:val="ru-RU"/>
        </w:rPr>
        <w:t xml:space="preserve"> Игорем, Жировым Святославом, Янчук Игорем, Рощупкиной Лидией Васильевной, </w:t>
      </w:r>
      <w:proofErr w:type="spellStart"/>
      <w:r w:rsidRPr="00D23628">
        <w:rPr>
          <w:iCs/>
          <w:lang w:val="ru-RU"/>
        </w:rPr>
        <w:t>Слатовым</w:t>
      </w:r>
      <w:proofErr w:type="spellEnd"/>
      <w:r w:rsidRPr="00D23628">
        <w:rPr>
          <w:iCs/>
          <w:lang w:val="ru-RU"/>
        </w:rPr>
        <w:t xml:space="preserve"> Дмитрием, Шиловым Павлом  в Штабе общественной поддержки ЕР в Южно-Сахалинске.</w:t>
      </w:r>
    </w:p>
    <w:p w14:paraId="2F04261C" w14:textId="77777777" w:rsidR="00996808" w:rsidRPr="00D23628" w:rsidRDefault="00996808" w:rsidP="00996808">
      <w:pPr>
        <w:spacing w:after="0" w:line="276" w:lineRule="auto"/>
        <w:ind w:right="-285" w:firstLine="709"/>
        <w:rPr>
          <w:iCs/>
          <w:lang w:val="ru-RU"/>
        </w:rPr>
      </w:pPr>
      <w:r w:rsidRPr="00D23628">
        <w:rPr>
          <w:iCs/>
          <w:lang w:val="ru-RU"/>
        </w:rPr>
        <w:t>Одновременно мы стараемся упростить саму работу адвокатов с материалами по БЮП. В разделе «Для адвокатов» систематизируются необходимые документы и материалы; памятка адвокату должна быть размещена таким образом, чтобы основные требования и порядок работы можно было найти без дополнительного поиска.</w:t>
      </w:r>
    </w:p>
    <w:p w14:paraId="4D36C27C" w14:textId="77777777" w:rsidR="00996808" w:rsidRPr="00D23628" w:rsidRDefault="00996808" w:rsidP="00996808">
      <w:pPr>
        <w:spacing w:after="0" w:line="276" w:lineRule="auto"/>
        <w:ind w:right="-285" w:firstLine="708"/>
        <w:rPr>
          <w:lang w:val="ru-RU"/>
        </w:rPr>
      </w:pPr>
      <w:r w:rsidRPr="00D23628">
        <w:rPr>
          <w:lang w:val="ru-RU"/>
        </w:rPr>
        <w:t>Сахалинская адвокатская палата продолжает активно взаимодействовать с Агентством по обеспечению деятельности мировых судей, Управлением Минюста России по Сахалинской области, Государственным юридическим бюро, фондом «Защитники Отечества» и другими организациями по вопросам оказания бесплатной юридической помощи нашим гражданам.</w:t>
      </w:r>
    </w:p>
    <w:p w14:paraId="48CFDF5F" w14:textId="77777777" w:rsidR="00996808" w:rsidRPr="00D23628" w:rsidRDefault="00996808" w:rsidP="00996808">
      <w:pPr>
        <w:spacing w:after="0" w:line="276" w:lineRule="auto"/>
        <w:ind w:right="-285" w:firstLine="709"/>
        <w:rPr>
          <w:lang w:val="ru-RU"/>
        </w:rPr>
      </w:pPr>
      <w:r w:rsidRPr="00D23628">
        <w:rPr>
          <w:lang w:val="ru-RU"/>
        </w:rPr>
        <w:lastRenderedPageBreak/>
        <w:t xml:space="preserve">Особую благодарность хочу выразить адвокатам Филипенко Александру, Кукиной Ирине, Рябых Владимиру, Мирошину Дмитрию Борисовичу, </w:t>
      </w:r>
      <w:proofErr w:type="spellStart"/>
      <w:r w:rsidRPr="00D23628">
        <w:rPr>
          <w:lang w:val="ru-RU"/>
        </w:rPr>
        <w:t>Яцухно</w:t>
      </w:r>
      <w:proofErr w:type="spellEnd"/>
      <w:r w:rsidRPr="00D23628">
        <w:rPr>
          <w:lang w:val="ru-RU"/>
        </w:rPr>
        <w:t xml:space="preserve"> Дмитрию, Альбову Всеволоду, которые регулярно принимают поручения, готовят документы и представляют граждан в судах.</w:t>
      </w:r>
    </w:p>
    <w:p w14:paraId="69B90E8F" w14:textId="77777777" w:rsidR="00996808" w:rsidRPr="00D23628" w:rsidRDefault="00996808" w:rsidP="00996808">
      <w:pPr>
        <w:spacing w:after="0" w:line="276" w:lineRule="auto"/>
        <w:ind w:right="-285" w:firstLine="709"/>
        <w:rPr>
          <w:lang w:val="ru-RU"/>
        </w:rPr>
      </w:pPr>
    </w:p>
    <w:p w14:paraId="7B7075FD" w14:textId="77777777" w:rsidR="00996808" w:rsidRDefault="00996808" w:rsidP="00996808">
      <w:pPr>
        <w:spacing w:after="0" w:line="276" w:lineRule="auto"/>
        <w:ind w:right="-285" w:firstLine="709"/>
        <w:rPr>
          <w:lang w:val="ru-RU"/>
        </w:rPr>
      </w:pPr>
      <w:r w:rsidRPr="00D23628">
        <w:rPr>
          <w:lang w:val="ru-RU"/>
        </w:rPr>
        <w:t>В завершение, как всегда, приведу статистику за отчетный 2025-2026 год.</w:t>
      </w:r>
    </w:p>
    <w:p w14:paraId="246B5649" w14:textId="77777777" w:rsidR="00996808" w:rsidRDefault="00996808" w:rsidP="00996808">
      <w:pPr>
        <w:spacing w:after="0" w:line="276" w:lineRule="auto"/>
        <w:ind w:right="-285" w:firstLine="709"/>
        <w:rPr>
          <w:lang w:val="ru-RU"/>
        </w:rPr>
      </w:pPr>
    </w:p>
    <w:p w14:paraId="44D9ED3C" w14:textId="77777777" w:rsidR="00996808" w:rsidRPr="00FC4480" w:rsidRDefault="00996808" w:rsidP="00996808">
      <w:pPr>
        <w:pStyle w:val="ae"/>
        <w:numPr>
          <w:ilvl w:val="0"/>
          <w:numId w:val="10"/>
        </w:numPr>
        <w:spacing w:after="0" w:line="276" w:lineRule="auto"/>
        <w:ind w:right="-285"/>
        <w:rPr>
          <w:lang w:val="ru-RU"/>
        </w:rPr>
      </w:pPr>
      <w:r>
        <w:rPr>
          <w:lang w:val="ru-RU"/>
        </w:rPr>
        <w:t>К</w:t>
      </w:r>
      <w:r w:rsidRPr="00FC4480">
        <w:rPr>
          <w:lang w:val="ru-RU"/>
        </w:rPr>
        <w:t xml:space="preserve">оличество обращений граждан по вопросам оказания бесплатной юридической помощи </w:t>
      </w:r>
      <w:r>
        <w:rPr>
          <w:lang w:val="ru-RU" w:eastAsia="ja-JP"/>
        </w:rPr>
        <w:t>–</w:t>
      </w:r>
      <w:r w:rsidRPr="00FC4480">
        <w:rPr>
          <w:lang w:val="ru-RU"/>
        </w:rPr>
        <w:t xml:space="preserve"> 208;</w:t>
      </w:r>
    </w:p>
    <w:p w14:paraId="776EF1E8" w14:textId="77777777" w:rsidR="00996808" w:rsidRDefault="00996808" w:rsidP="00996808">
      <w:pPr>
        <w:pStyle w:val="ae"/>
        <w:numPr>
          <w:ilvl w:val="0"/>
          <w:numId w:val="10"/>
        </w:numPr>
        <w:spacing w:after="0" w:line="276" w:lineRule="auto"/>
        <w:ind w:right="-285"/>
        <w:rPr>
          <w:lang w:val="ru-RU"/>
        </w:rPr>
      </w:pPr>
      <w:r w:rsidRPr="0057375C">
        <w:rPr>
          <w:lang w:val="ru-RU"/>
        </w:rPr>
        <w:t>Количество обращений, по которым оказана бесплатная юридическая помощь</w:t>
      </w:r>
      <w:r>
        <w:rPr>
          <w:lang w:val="ru-RU"/>
        </w:rPr>
        <w:t xml:space="preserve"> </w:t>
      </w:r>
      <w:r>
        <w:rPr>
          <w:lang w:val="ru-RU" w:eastAsia="ja-JP"/>
        </w:rPr>
        <w:t xml:space="preserve">– </w:t>
      </w:r>
      <w:r w:rsidRPr="0057375C">
        <w:rPr>
          <w:lang w:val="ru-RU"/>
        </w:rPr>
        <w:t>208. В том числе оказано 208 устных консультаций, 31 письменная консультация, в 33 случаях составлены документы правового характера, в 14 случаях осуществлено представление интересов в судах и других органах. Также, с применением электронных сервисов поступило 27 обращений; по всем обращениям помощь оказана</w:t>
      </w:r>
      <w:r>
        <w:rPr>
          <w:lang w:val="ru-RU"/>
        </w:rPr>
        <w:t xml:space="preserve"> в полном объеме</w:t>
      </w:r>
      <w:r w:rsidRPr="0057375C">
        <w:rPr>
          <w:lang w:val="ru-RU"/>
        </w:rPr>
        <w:t>.</w:t>
      </w:r>
    </w:p>
    <w:p w14:paraId="76434CAF" w14:textId="77777777" w:rsidR="00996808" w:rsidRPr="0057375C" w:rsidRDefault="00996808" w:rsidP="00996808">
      <w:pPr>
        <w:pStyle w:val="ae"/>
        <w:numPr>
          <w:ilvl w:val="0"/>
          <w:numId w:val="10"/>
        </w:numPr>
        <w:spacing w:after="0" w:line="276" w:lineRule="auto"/>
        <w:ind w:right="-285"/>
        <w:rPr>
          <w:lang w:val="ru-RU"/>
        </w:rPr>
      </w:pPr>
      <w:r>
        <w:rPr>
          <w:lang w:val="ru-RU"/>
        </w:rPr>
        <w:t>К</w:t>
      </w:r>
      <w:r w:rsidRPr="0057375C">
        <w:rPr>
          <w:lang w:val="ru-RU"/>
        </w:rPr>
        <w:t>оличество участников специальной военной операции, которым оказана бесплатная юридическая помощь за отчетный период</w:t>
      </w:r>
      <w:r>
        <w:rPr>
          <w:lang w:val="ru-RU"/>
        </w:rPr>
        <w:t xml:space="preserve"> </w:t>
      </w:r>
      <w:r>
        <w:rPr>
          <w:lang w:val="ru-RU" w:eastAsia="ja-JP"/>
        </w:rPr>
        <w:t>–</w:t>
      </w:r>
      <w:r w:rsidRPr="0057375C">
        <w:rPr>
          <w:lang w:val="ru-RU"/>
        </w:rPr>
        <w:t xml:space="preserve"> 140. </w:t>
      </w:r>
    </w:p>
    <w:p w14:paraId="0EE1DC13" w14:textId="77777777" w:rsidR="00996808" w:rsidRDefault="00996808" w:rsidP="00996808">
      <w:pPr>
        <w:pStyle w:val="ae"/>
        <w:numPr>
          <w:ilvl w:val="0"/>
          <w:numId w:val="10"/>
        </w:numPr>
        <w:spacing w:after="0" w:line="276" w:lineRule="auto"/>
        <w:ind w:right="-285"/>
        <w:rPr>
          <w:lang w:val="ru-RU"/>
        </w:rPr>
      </w:pPr>
      <w:r>
        <w:rPr>
          <w:lang w:val="ru-RU" w:eastAsia="ja-JP"/>
        </w:rPr>
        <w:t xml:space="preserve">Тематика обращений – </w:t>
      </w:r>
    </w:p>
    <w:p w14:paraId="09C47A2E" w14:textId="77777777" w:rsidR="00996808" w:rsidRDefault="00996808" w:rsidP="00996808">
      <w:pPr>
        <w:pStyle w:val="ae"/>
        <w:numPr>
          <w:ilvl w:val="1"/>
          <w:numId w:val="12"/>
        </w:numPr>
        <w:spacing w:after="0" w:line="276" w:lineRule="auto"/>
        <w:ind w:right="-285"/>
        <w:rPr>
          <w:lang w:val="ru-RU"/>
        </w:rPr>
      </w:pPr>
      <w:r>
        <w:rPr>
          <w:lang w:val="ru-RU" w:eastAsia="ja-JP"/>
        </w:rPr>
        <w:t>Трудовые споры, взыскание компенсации морального вреда;</w:t>
      </w:r>
    </w:p>
    <w:p w14:paraId="518FEFCE" w14:textId="77777777" w:rsidR="00996808" w:rsidRDefault="00996808" w:rsidP="00996808">
      <w:pPr>
        <w:pStyle w:val="ae"/>
        <w:numPr>
          <w:ilvl w:val="1"/>
          <w:numId w:val="12"/>
        </w:numPr>
        <w:spacing w:after="0" w:line="276" w:lineRule="auto"/>
        <w:ind w:right="-285"/>
        <w:rPr>
          <w:lang w:val="ru-RU"/>
        </w:rPr>
      </w:pPr>
      <w:r>
        <w:rPr>
          <w:lang w:val="ru-RU" w:eastAsia="ja-JP"/>
        </w:rPr>
        <w:t>Пенсионные вопросы, получение социальных льгот</w:t>
      </w:r>
    </w:p>
    <w:p w14:paraId="19EF9B6A" w14:textId="77777777" w:rsidR="00996808" w:rsidRDefault="00996808" w:rsidP="00996808">
      <w:pPr>
        <w:pStyle w:val="ae"/>
        <w:numPr>
          <w:ilvl w:val="1"/>
          <w:numId w:val="12"/>
        </w:numPr>
        <w:spacing w:after="0" w:line="276" w:lineRule="auto"/>
        <w:ind w:right="-285"/>
        <w:rPr>
          <w:lang w:val="ru-RU"/>
        </w:rPr>
      </w:pPr>
      <w:r>
        <w:rPr>
          <w:lang w:val="ru-RU" w:eastAsia="ja-JP"/>
        </w:rPr>
        <w:t>Взыскание алиментов, родительские права;</w:t>
      </w:r>
    </w:p>
    <w:p w14:paraId="1829E25D" w14:textId="77777777" w:rsidR="00996808" w:rsidRDefault="00996808" w:rsidP="00996808">
      <w:pPr>
        <w:pStyle w:val="ae"/>
        <w:numPr>
          <w:ilvl w:val="1"/>
          <w:numId w:val="12"/>
        </w:numPr>
        <w:spacing w:after="0" w:line="276" w:lineRule="auto"/>
        <w:ind w:right="-285"/>
        <w:rPr>
          <w:lang w:val="ru-RU"/>
        </w:rPr>
      </w:pPr>
      <w:r>
        <w:rPr>
          <w:lang w:val="ru-RU" w:eastAsia="ja-JP"/>
        </w:rPr>
        <w:t>Вопросы наследования;</w:t>
      </w:r>
    </w:p>
    <w:p w14:paraId="19DDCDBF" w14:textId="77777777" w:rsidR="00996808" w:rsidRPr="0057375C" w:rsidRDefault="00996808" w:rsidP="00996808">
      <w:pPr>
        <w:pStyle w:val="ae"/>
        <w:numPr>
          <w:ilvl w:val="1"/>
          <w:numId w:val="11"/>
        </w:numPr>
        <w:spacing w:after="0" w:line="276" w:lineRule="auto"/>
        <w:ind w:right="-285"/>
        <w:rPr>
          <w:lang w:val="ru-RU"/>
        </w:rPr>
      </w:pPr>
      <w:r>
        <w:rPr>
          <w:lang w:val="ru-RU" w:eastAsia="ja-JP"/>
        </w:rPr>
        <w:t>СВО - П</w:t>
      </w:r>
      <w:r w:rsidRPr="00FC4480">
        <w:rPr>
          <w:lang w:val="ru-RU" w:eastAsia="ja-JP"/>
        </w:rPr>
        <w:t>олучение социальных выплат семьям</w:t>
      </w:r>
      <w:r>
        <w:rPr>
          <w:lang w:val="ru-RU" w:eastAsia="ja-JP"/>
        </w:rPr>
        <w:t xml:space="preserve">и, </w:t>
      </w:r>
      <w:r w:rsidRPr="0057375C">
        <w:rPr>
          <w:lang w:val="ru-RU" w:eastAsia="ja-JP"/>
        </w:rPr>
        <w:t>оказание лечения</w:t>
      </w:r>
      <w:r>
        <w:rPr>
          <w:lang w:val="ru-RU" w:eastAsia="ja-JP"/>
        </w:rPr>
        <w:t>;</w:t>
      </w:r>
    </w:p>
    <w:p w14:paraId="6D2AE88F" w14:textId="77777777" w:rsidR="00996808" w:rsidRDefault="00996808" w:rsidP="00996808">
      <w:pPr>
        <w:spacing w:after="0" w:line="276" w:lineRule="auto"/>
        <w:ind w:right="-285"/>
        <w:rPr>
          <w:lang w:val="ru-RU"/>
        </w:rPr>
      </w:pPr>
    </w:p>
    <w:p w14:paraId="22289D6D" w14:textId="77777777" w:rsidR="00996808" w:rsidRDefault="00996808" w:rsidP="00996808">
      <w:pPr>
        <w:spacing w:after="0" w:line="276" w:lineRule="auto"/>
        <w:ind w:right="-285" w:firstLine="708"/>
        <w:rPr>
          <w:lang w:val="ru-RU"/>
        </w:rPr>
      </w:pPr>
      <w:r>
        <w:rPr>
          <w:lang w:val="ru-RU"/>
        </w:rPr>
        <w:t xml:space="preserve">Также сообщаем, что в Сахалинскую адвокатскую палату поступило 3 обращения с использованием </w:t>
      </w:r>
      <w:r w:rsidRPr="0057375C">
        <w:rPr>
          <w:lang w:val="ru-RU"/>
        </w:rPr>
        <w:t>ФГИС «Правовая помощь»</w:t>
      </w:r>
      <w:r>
        <w:rPr>
          <w:lang w:val="ru-RU"/>
        </w:rPr>
        <w:t>. По результатам рассмотрения бесплатная юридическая помощь была оказана в полном объеме.</w:t>
      </w:r>
    </w:p>
    <w:p w14:paraId="0B2C3299" w14:textId="77777777" w:rsidR="00996808" w:rsidRDefault="00996808" w:rsidP="00996808">
      <w:pPr>
        <w:spacing w:after="0" w:line="276" w:lineRule="auto"/>
        <w:ind w:left="708" w:right="-285"/>
        <w:rPr>
          <w:lang w:val="ru-RU"/>
        </w:rPr>
      </w:pPr>
    </w:p>
    <w:p w14:paraId="399DBC73" w14:textId="77777777" w:rsidR="00996808" w:rsidRPr="00D23628" w:rsidRDefault="00996808" w:rsidP="00996808">
      <w:pPr>
        <w:spacing w:after="0" w:line="276" w:lineRule="auto"/>
        <w:ind w:right="-285"/>
        <w:rPr>
          <w:lang w:val="ru-RU"/>
        </w:rPr>
      </w:pPr>
      <w:r w:rsidRPr="00D23628">
        <w:rPr>
          <w:lang w:val="ru-RU"/>
        </w:rPr>
        <w:t>Случаев обоснованных жалоб на действия адвокатов при оказании БЮП – нет.</w:t>
      </w:r>
    </w:p>
    <w:p w14:paraId="73534956" w14:textId="77777777" w:rsidR="00996808" w:rsidRPr="00D23628" w:rsidRDefault="00996808" w:rsidP="00996808">
      <w:pPr>
        <w:spacing w:after="0" w:line="276" w:lineRule="auto"/>
        <w:ind w:right="-285"/>
        <w:rPr>
          <w:lang w:val="ru-RU"/>
        </w:rPr>
      </w:pPr>
    </w:p>
    <w:p w14:paraId="5D3165F8" w14:textId="77777777" w:rsidR="00996808" w:rsidRPr="00D23628" w:rsidRDefault="00996808" w:rsidP="00996808">
      <w:pPr>
        <w:spacing w:after="0" w:line="276" w:lineRule="auto"/>
        <w:ind w:right="-285" w:firstLine="709"/>
        <w:rPr>
          <w:lang w:val="ru-RU"/>
        </w:rPr>
      </w:pPr>
      <w:r w:rsidRPr="00D23628">
        <w:rPr>
          <w:lang w:val="ru-RU"/>
        </w:rPr>
        <w:t>Работу Сахалинской адвокатской палаты по оказанию бесплатной юридической помощи гражданам Сахалинской области оцениваю положительно.</w:t>
      </w:r>
    </w:p>
    <w:p w14:paraId="4B21D35A" w14:textId="77777777" w:rsidR="00996808" w:rsidRPr="00D23628" w:rsidRDefault="00996808" w:rsidP="00996808">
      <w:pPr>
        <w:spacing w:after="0" w:line="276" w:lineRule="auto"/>
        <w:ind w:right="-285" w:firstLine="709"/>
        <w:rPr>
          <w:lang w:val="ru-RU"/>
        </w:rPr>
      </w:pPr>
    </w:p>
    <w:p w14:paraId="6BB611FD" w14:textId="77777777" w:rsidR="00996808" w:rsidRPr="00D23628" w:rsidRDefault="00996808" w:rsidP="00996808">
      <w:pPr>
        <w:spacing w:after="0" w:line="276" w:lineRule="auto"/>
        <w:ind w:right="-285" w:firstLine="709"/>
        <w:rPr>
          <w:lang w:val="ru-RU"/>
        </w:rPr>
      </w:pPr>
      <w:r w:rsidRPr="00D23628">
        <w:rPr>
          <w:lang w:val="ru-RU"/>
        </w:rPr>
        <w:t>Спасибо за внимание!</w:t>
      </w:r>
    </w:p>
    <w:p w14:paraId="42DCFF23" w14:textId="77777777" w:rsidR="00996808" w:rsidRPr="00996808" w:rsidRDefault="00996808" w:rsidP="00996808">
      <w:pPr>
        <w:spacing w:after="0" w:line="276" w:lineRule="auto"/>
        <w:ind w:right="-285" w:firstLine="709"/>
        <w:rPr>
          <w:lang w:val="ru-RU"/>
        </w:rPr>
      </w:pPr>
    </w:p>
    <w:p w14:paraId="05AAEF05" w14:textId="77777777" w:rsidR="00996808" w:rsidRPr="00996808" w:rsidRDefault="00996808" w:rsidP="00996808">
      <w:pPr>
        <w:ind w:right="-285"/>
        <w:rPr>
          <w:lang w:val="ru-RU"/>
        </w:rPr>
      </w:pPr>
      <w:r w:rsidRPr="00996808">
        <w:rPr>
          <w:lang w:val="ru-RU"/>
        </w:rPr>
        <w:t>Обзор дисциплинарной практики Сахалинской адвокатской палаты</w:t>
      </w:r>
    </w:p>
    <w:p w14:paraId="09A0494B" w14:textId="77777777" w:rsidR="00996808" w:rsidRPr="00996808" w:rsidRDefault="00996808" w:rsidP="00996808">
      <w:pPr>
        <w:ind w:right="-285"/>
        <w:rPr>
          <w:lang w:val="ru-RU"/>
        </w:rPr>
      </w:pPr>
      <w:r w:rsidRPr="00996808">
        <w:rPr>
          <w:lang w:val="ru-RU"/>
        </w:rPr>
        <w:t>за период с октября 2025 года по октябрь 2026 года</w:t>
      </w:r>
    </w:p>
    <w:p w14:paraId="652877BE" w14:textId="77777777" w:rsidR="00996808" w:rsidRPr="00996808" w:rsidRDefault="00996808" w:rsidP="00996808">
      <w:pPr>
        <w:ind w:right="-285"/>
        <w:rPr>
          <w:lang w:val="ru-RU"/>
        </w:rPr>
      </w:pPr>
      <w:r w:rsidRPr="00996808">
        <w:rPr>
          <w:lang w:val="ru-RU"/>
        </w:rPr>
        <w:t>Кодекс профессиональной этики адвоката устанавливает обязательные для каждого</w:t>
      </w:r>
    </w:p>
    <w:p w14:paraId="5C86A863" w14:textId="77777777" w:rsidR="00996808" w:rsidRPr="00996808" w:rsidRDefault="00996808" w:rsidP="00996808">
      <w:pPr>
        <w:ind w:right="-285"/>
        <w:rPr>
          <w:lang w:val="ru-RU"/>
        </w:rPr>
      </w:pPr>
      <w:r w:rsidRPr="00996808">
        <w:rPr>
          <w:lang w:val="ru-RU"/>
        </w:rPr>
        <w:t>адвоката правила поведения при осуществлении адвокатской деятельности, основанные на</w:t>
      </w:r>
    </w:p>
    <w:p w14:paraId="34F6BB2D" w14:textId="77777777" w:rsidR="00996808" w:rsidRPr="00996808" w:rsidRDefault="00996808" w:rsidP="00996808">
      <w:pPr>
        <w:ind w:right="-285"/>
        <w:rPr>
          <w:lang w:val="ru-RU"/>
        </w:rPr>
      </w:pPr>
      <w:r w:rsidRPr="00996808">
        <w:rPr>
          <w:lang w:val="ru-RU"/>
        </w:rPr>
        <w:t>нравственных критериях и традициях адвокатуры, на международных стандартах и</w:t>
      </w:r>
    </w:p>
    <w:p w14:paraId="787785AF" w14:textId="77777777" w:rsidR="00996808" w:rsidRPr="00996808" w:rsidRDefault="00996808" w:rsidP="00996808">
      <w:pPr>
        <w:ind w:right="-285"/>
        <w:rPr>
          <w:lang w:val="ru-RU"/>
        </w:rPr>
      </w:pPr>
      <w:r w:rsidRPr="00996808">
        <w:rPr>
          <w:lang w:val="ru-RU"/>
        </w:rPr>
        <w:t>правилах адвокатской профессии, а также основания и порядок привлечения адвоката к</w:t>
      </w:r>
    </w:p>
    <w:p w14:paraId="1C5090B3" w14:textId="77777777" w:rsidR="00996808" w:rsidRPr="00996808" w:rsidRDefault="00996808" w:rsidP="00996808">
      <w:pPr>
        <w:ind w:right="-285"/>
        <w:rPr>
          <w:lang w:val="ru-RU"/>
        </w:rPr>
      </w:pPr>
      <w:r w:rsidRPr="00996808">
        <w:rPr>
          <w:lang w:val="ru-RU"/>
        </w:rPr>
        <w:t>ответственности (пункт 1 статьи 1 Кодекса профессиональной этики адвоката).</w:t>
      </w:r>
    </w:p>
    <w:p w14:paraId="59CBDBBF" w14:textId="77777777" w:rsidR="00996808" w:rsidRPr="00996808" w:rsidRDefault="00996808" w:rsidP="00996808">
      <w:pPr>
        <w:ind w:right="-285"/>
        <w:rPr>
          <w:lang w:val="ru-RU"/>
        </w:rPr>
      </w:pPr>
      <w:r w:rsidRPr="00996808">
        <w:rPr>
          <w:lang w:val="ru-RU"/>
        </w:rPr>
        <w:t>В период с октября 2025 года по октябрь 2026 года Квалификационной комиссией</w:t>
      </w:r>
    </w:p>
    <w:p w14:paraId="7CBA1B7B" w14:textId="77777777" w:rsidR="00996808" w:rsidRPr="00996808" w:rsidRDefault="00996808" w:rsidP="00996808">
      <w:pPr>
        <w:ind w:right="-285"/>
        <w:rPr>
          <w:lang w:val="ru-RU"/>
        </w:rPr>
      </w:pPr>
      <w:r w:rsidRPr="00996808">
        <w:rPr>
          <w:lang w:val="ru-RU"/>
        </w:rPr>
        <w:t>Сахалинской адвокатской палаты было проведено 4 заседания, Квалификационная</w:t>
      </w:r>
    </w:p>
    <w:p w14:paraId="0ABD2982" w14:textId="77777777" w:rsidR="00996808" w:rsidRPr="00996808" w:rsidRDefault="00996808" w:rsidP="00996808">
      <w:pPr>
        <w:ind w:right="-285"/>
        <w:rPr>
          <w:lang w:val="ru-RU"/>
        </w:rPr>
      </w:pPr>
      <w:r w:rsidRPr="00996808">
        <w:rPr>
          <w:lang w:val="ru-RU"/>
        </w:rPr>
        <w:t>комиссия вынесла 6 заключений о наличии (отсутствии) в действиях (бездействиях)</w:t>
      </w:r>
    </w:p>
    <w:p w14:paraId="15EE2264" w14:textId="77777777" w:rsidR="00996808" w:rsidRPr="00996808" w:rsidRDefault="00996808" w:rsidP="00996808">
      <w:pPr>
        <w:ind w:right="-285"/>
        <w:rPr>
          <w:lang w:val="ru-RU"/>
        </w:rPr>
      </w:pPr>
      <w:r w:rsidRPr="00996808">
        <w:rPr>
          <w:lang w:val="ru-RU"/>
        </w:rPr>
        <w:t>адвокатов состава дисциплинарного проступка.</w:t>
      </w:r>
    </w:p>
    <w:p w14:paraId="6BAA18B6" w14:textId="77777777" w:rsidR="00996808" w:rsidRPr="00996808" w:rsidRDefault="00996808" w:rsidP="00996808">
      <w:pPr>
        <w:ind w:right="-285"/>
        <w:rPr>
          <w:lang w:val="ru-RU"/>
        </w:rPr>
      </w:pPr>
      <w:r w:rsidRPr="00996808">
        <w:rPr>
          <w:lang w:val="ru-RU"/>
        </w:rPr>
        <w:lastRenderedPageBreak/>
        <w:t>Советом Сахалинской адвокатской палаты в отчетном периоде было рассмотрено 6</w:t>
      </w:r>
    </w:p>
    <w:p w14:paraId="7782FBC5" w14:textId="77777777" w:rsidR="00996808" w:rsidRPr="00996808" w:rsidRDefault="00996808" w:rsidP="00996808">
      <w:pPr>
        <w:ind w:right="-285"/>
        <w:rPr>
          <w:lang w:val="ru-RU"/>
        </w:rPr>
      </w:pPr>
      <w:r w:rsidRPr="00996808">
        <w:rPr>
          <w:lang w:val="ru-RU"/>
        </w:rPr>
        <w:t>дисциплинарных производств, с учетом поступивших 3 производств с заключениями,</w:t>
      </w:r>
    </w:p>
    <w:p w14:paraId="7701A5EE" w14:textId="77777777" w:rsidR="00996808" w:rsidRPr="00996808" w:rsidRDefault="00996808" w:rsidP="00996808">
      <w:pPr>
        <w:ind w:right="-285"/>
        <w:rPr>
          <w:lang w:val="ru-RU"/>
        </w:rPr>
      </w:pPr>
      <w:r w:rsidRPr="00996808">
        <w:rPr>
          <w:lang w:val="ru-RU"/>
        </w:rPr>
        <w:t>рассмотренных Квалификационной комиссией в сентябре 2025 года, то есть в прошлом</w:t>
      </w:r>
    </w:p>
    <w:p w14:paraId="154794EC" w14:textId="77777777" w:rsidR="00996808" w:rsidRPr="00996808" w:rsidRDefault="00996808" w:rsidP="00996808">
      <w:pPr>
        <w:ind w:right="-285"/>
        <w:rPr>
          <w:lang w:val="ru-RU"/>
        </w:rPr>
      </w:pPr>
      <w:r w:rsidRPr="00996808">
        <w:rPr>
          <w:lang w:val="ru-RU"/>
        </w:rPr>
        <w:t>отчетном периоде.</w:t>
      </w:r>
    </w:p>
    <w:p w14:paraId="7628E624" w14:textId="77777777" w:rsidR="00996808" w:rsidRPr="00996808" w:rsidRDefault="00996808" w:rsidP="00996808">
      <w:pPr>
        <w:ind w:right="-285"/>
        <w:rPr>
          <w:lang w:val="ru-RU"/>
        </w:rPr>
      </w:pPr>
      <w:r w:rsidRPr="00996808">
        <w:rPr>
          <w:lang w:val="ru-RU"/>
        </w:rPr>
        <w:t>По результатам рассмотрения заключений Квалификационной комиссии Советом в 2</w:t>
      </w:r>
    </w:p>
    <w:p w14:paraId="1A11ED10" w14:textId="77777777" w:rsidR="00996808" w:rsidRPr="00996808" w:rsidRDefault="00996808" w:rsidP="00996808">
      <w:pPr>
        <w:ind w:right="-285"/>
        <w:rPr>
          <w:lang w:val="ru-RU"/>
        </w:rPr>
      </w:pPr>
      <w:r w:rsidRPr="00996808">
        <w:rPr>
          <w:lang w:val="ru-RU"/>
        </w:rPr>
        <w:t>случаях к адвокатам применена мера дисциплинарной ответственности в виде замечания, в</w:t>
      </w:r>
    </w:p>
    <w:p w14:paraId="3CC04D90" w14:textId="77777777" w:rsidR="00996808" w:rsidRPr="00996808" w:rsidRDefault="00996808" w:rsidP="00996808">
      <w:pPr>
        <w:ind w:right="-285"/>
        <w:rPr>
          <w:lang w:val="ru-RU"/>
        </w:rPr>
      </w:pPr>
      <w:r w:rsidRPr="00996808">
        <w:rPr>
          <w:lang w:val="ru-RU"/>
        </w:rPr>
        <w:t>2 случаях к адвокатам применена мера дисциплинарной ответственности в виде</w:t>
      </w:r>
    </w:p>
    <w:p w14:paraId="386C637B" w14:textId="77777777" w:rsidR="00996808" w:rsidRPr="00996808" w:rsidRDefault="00996808" w:rsidP="00996808">
      <w:pPr>
        <w:ind w:right="-285"/>
        <w:rPr>
          <w:lang w:val="ru-RU"/>
        </w:rPr>
      </w:pPr>
      <w:r w:rsidRPr="00996808">
        <w:rPr>
          <w:lang w:val="ru-RU"/>
        </w:rPr>
        <w:t>предупреждения, в 1 случае прекращено дисциплинарное производство вследствие</w:t>
      </w:r>
    </w:p>
    <w:p w14:paraId="31313B2E" w14:textId="77777777" w:rsidR="00996808" w:rsidRPr="00996808" w:rsidRDefault="00996808" w:rsidP="00996808">
      <w:pPr>
        <w:ind w:right="-285"/>
        <w:rPr>
          <w:lang w:val="ru-RU"/>
        </w:rPr>
      </w:pPr>
      <w:r w:rsidRPr="00996808">
        <w:rPr>
          <w:lang w:val="ru-RU"/>
        </w:rPr>
        <w:t>малозначительности совершенного адвокатом проступка с указанием адвокату на</w:t>
      </w:r>
    </w:p>
    <w:p w14:paraId="48B810DA" w14:textId="77777777" w:rsidR="00996808" w:rsidRPr="00996808" w:rsidRDefault="00996808" w:rsidP="00996808">
      <w:pPr>
        <w:ind w:right="-285"/>
        <w:rPr>
          <w:lang w:val="ru-RU"/>
        </w:rPr>
      </w:pPr>
      <w:r w:rsidRPr="00996808">
        <w:rPr>
          <w:lang w:val="ru-RU"/>
        </w:rPr>
        <w:t>допущенное нарушение, в 1 случае прекращено (по одному дисциплинарному обвинению)</w:t>
      </w:r>
    </w:p>
    <w:p w14:paraId="586B5D6D" w14:textId="77777777" w:rsidR="00996808" w:rsidRPr="00996808" w:rsidRDefault="00996808" w:rsidP="00996808">
      <w:pPr>
        <w:ind w:right="-285"/>
        <w:rPr>
          <w:lang w:val="ru-RU"/>
        </w:rPr>
      </w:pPr>
      <w:r w:rsidRPr="00996808">
        <w:rPr>
          <w:lang w:val="ru-RU"/>
        </w:rPr>
        <w:t>вследствие обнаружившегося в ходе разбирательства отсутствия допустимого повода для</w:t>
      </w:r>
    </w:p>
    <w:p w14:paraId="29EBFD75" w14:textId="77777777" w:rsidR="00996808" w:rsidRPr="00996808" w:rsidRDefault="00996808" w:rsidP="00996808">
      <w:pPr>
        <w:ind w:right="-285"/>
        <w:rPr>
          <w:lang w:val="ru-RU"/>
        </w:rPr>
      </w:pPr>
      <w:r w:rsidRPr="00996808">
        <w:rPr>
          <w:lang w:val="ru-RU"/>
        </w:rPr>
        <w:t>возбуждения дисциплинарного производства, по второму дисциплинарному обвинению, о</w:t>
      </w:r>
    </w:p>
    <w:p w14:paraId="5D6749B1" w14:textId="77777777" w:rsidR="00996808" w:rsidRPr="00996808" w:rsidRDefault="00996808" w:rsidP="00996808">
      <w:pPr>
        <w:ind w:right="-285"/>
        <w:rPr>
          <w:lang w:val="ru-RU"/>
        </w:rPr>
      </w:pPr>
      <w:r w:rsidRPr="00996808">
        <w:rPr>
          <w:lang w:val="ru-RU"/>
        </w:rPr>
        <w:t>необходимости прекращения в связи с отсутствием в действиях (бездействии) нарушений</w:t>
      </w:r>
    </w:p>
    <w:p w14:paraId="5E83037C" w14:textId="77777777" w:rsidR="00996808" w:rsidRPr="00996808" w:rsidRDefault="00996808" w:rsidP="00996808">
      <w:pPr>
        <w:ind w:right="-285"/>
        <w:rPr>
          <w:lang w:val="ru-RU"/>
        </w:rPr>
      </w:pPr>
      <w:r w:rsidRPr="00996808">
        <w:rPr>
          <w:lang w:val="ru-RU"/>
        </w:rPr>
        <w:t>норм законодательства об адвокатской деятельности и адвокатуре и (или) Кодекса</w:t>
      </w:r>
    </w:p>
    <w:p w14:paraId="6329935F" w14:textId="77777777" w:rsidR="00996808" w:rsidRPr="00996808" w:rsidRDefault="00996808" w:rsidP="00996808">
      <w:pPr>
        <w:ind w:right="-285"/>
        <w:rPr>
          <w:lang w:val="ru-RU"/>
        </w:rPr>
      </w:pPr>
      <w:r w:rsidRPr="00996808">
        <w:rPr>
          <w:lang w:val="ru-RU"/>
        </w:rPr>
        <w:t>профессиональной этики адвоката.</w:t>
      </w:r>
    </w:p>
    <w:p w14:paraId="4D078FDC" w14:textId="77777777" w:rsidR="00996808" w:rsidRPr="00996808" w:rsidRDefault="00996808" w:rsidP="00996808">
      <w:pPr>
        <w:ind w:right="-285"/>
        <w:rPr>
          <w:lang w:val="ru-RU"/>
        </w:rPr>
      </w:pPr>
      <w:r w:rsidRPr="00996808">
        <w:rPr>
          <w:lang w:val="ru-RU"/>
        </w:rPr>
        <w:t>Одно дисциплинарное производство с заключением Квалификационной комиссии,</w:t>
      </w:r>
    </w:p>
    <w:p w14:paraId="3626B76D" w14:textId="77777777" w:rsidR="00996808" w:rsidRPr="00996808" w:rsidRDefault="00996808" w:rsidP="00996808">
      <w:pPr>
        <w:ind w:right="-285"/>
        <w:rPr>
          <w:lang w:val="ru-RU"/>
        </w:rPr>
      </w:pPr>
      <w:r w:rsidRPr="00996808">
        <w:rPr>
          <w:lang w:val="ru-RU"/>
        </w:rPr>
        <w:t>поступившие в Совет адвокатской палаты, будет рассмотрено в ноябре 2026 года.</w:t>
      </w:r>
    </w:p>
    <w:p w14:paraId="06579589" w14:textId="77777777" w:rsidR="00996808" w:rsidRPr="00996808" w:rsidRDefault="00996808" w:rsidP="00996808">
      <w:pPr>
        <w:ind w:right="-285"/>
        <w:rPr>
          <w:lang w:val="ru-RU"/>
        </w:rPr>
      </w:pPr>
      <w:r w:rsidRPr="00996808">
        <w:rPr>
          <w:lang w:val="ru-RU"/>
        </w:rPr>
        <w:t>I. Дисциплинарные дела, возбужденные по жалобам доверителей</w:t>
      </w:r>
    </w:p>
    <w:p w14:paraId="69106070" w14:textId="77777777" w:rsidR="00996808" w:rsidRPr="00996808" w:rsidRDefault="00996808" w:rsidP="00996808">
      <w:pPr>
        <w:ind w:right="-285"/>
        <w:rPr>
          <w:lang w:val="ru-RU"/>
        </w:rPr>
      </w:pPr>
      <w:r w:rsidRPr="00996808">
        <w:rPr>
          <w:lang w:val="ru-RU"/>
        </w:rPr>
        <w:t>1.1. Адвокат Д. был привлечен Советом к дисциплинарной ответственности за</w:t>
      </w:r>
    </w:p>
    <w:p w14:paraId="3450A751" w14:textId="77777777" w:rsidR="00996808" w:rsidRPr="00996808" w:rsidRDefault="00996808" w:rsidP="00996808">
      <w:pPr>
        <w:ind w:right="-285"/>
        <w:rPr>
          <w:lang w:val="ru-RU"/>
        </w:rPr>
      </w:pPr>
      <w:r w:rsidRPr="00996808">
        <w:rPr>
          <w:lang w:val="ru-RU"/>
        </w:rPr>
        <w:t>невыполнение своих профессиональных обязанностей по защите прав и интересов</w:t>
      </w:r>
    </w:p>
    <w:p w14:paraId="152FA738" w14:textId="77777777" w:rsidR="00996808" w:rsidRPr="00996808" w:rsidRDefault="00996808" w:rsidP="00996808">
      <w:pPr>
        <w:ind w:right="-285"/>
        <w:rPr>
          <w:lang w:val="ru-RU"/>
        </w:rPr>
      </w:pPr>
      <w:r w:rsidRPr="00996808">
        <w:rPr>
          <w:lang w:val="ru-RU"/>
        </w:rPr>
        <w:t>доверителя по уголовному делу, выразившееся в том, что адвокат с момента</w:t>
      </w:r>
    </w:p>
    <w:p w14:paraId="602ECC2F" w14:textId="77777777" w:rsidR="00996808" w:rsidRPr="00996808" w:rsidRDefault="00996808" w:rsidP="00996808">
      <w:pPr>
        <w:ind w:right="-285"/>
        <w:rPr>
          <w:lang w:val="ru-RU"/>
        </w:rPr>
      </w:pPr>
      <w:r w:rsidRPr="00996808">
        <w:rPr>
          <w:lang w:val="ru-RU"/>
        </w:rPr>
        <w:t>вступления в уголовное дело в качестве защитника юридической помощи не</w:t>
      </w:r>
    </w:p>
    <w:p w14:paraId="7E5C13CB" w14:textId="77777777" w:rsidR="00996808" w:rsidRPr="00996808" w:rsidRDefault="00996808" w:rsidP="00996808">
      <w:pPr>
        <w:ind w:right="-285"/>
        <w:rPr>
          <w:lang w:val="ru-RU"/>
        </w:rPr>
      </w:pPr>
      <w:r w:rsidRPr="00996808">
        <w:rPr>
          <w:lang w:val="ru-RU"/>
        </w:rPr>
        <w:t>оказывал, фактически защиту заявителя не осуществлял.</w:t>
      </w:r>
    </w:p>
    <w:p w14:paraId="2D704217" w14:textId="77777777" w:rsidR="00996808" w:rsidRPr="00996808" w:rsidRDefault="00996808" w:rsidP="00996808">
      <w:pPr>
        <w:ind w:right="-285"/>
        <w:rPr>
          <w:lang w:val="ru-RU"/>
        </w:rPr>
      </w:pPr>
      <w:r w:rsidRPr="00996808">
        <w:rPr>
          <w:lang w:val="ru-RU"/>
        </w:rPr>
        <w:t>Поводом для возбуждения дисциплинарного производства явилась жалоба доверителя на</w:t>
      </w:r>
    </w:p>
    <w:p w14:paraId="46A4430C" w14:textId="77777777" w:rsidR="00996808" w:rsidRPr="00996808" w:rsidRDefault="00996808" w:rsidP="00996808">
      <w:pPr>
        <w:ind w:right="-285"/>
        <w:rPr>
          <w:lang w:val="ru-RU"/>
        </w:rPr>
      </w:pPr>
      <w:r w:rsidRPr="00996808">
        <w:rPr>
          <w:lang w:val="ru-RU"/>
        </w:rPr>
        <w:t>бездействие назначенного адвоката Д. из которой следовало, что последний с момента</w:t>
      </w:r>
    </w:p>
    <w:p w14:paraId="26AD0345" w14:textId="77777777" w:rsidR="00996808" w:rsidRPr="00996808" w:rsidRDefault="00996808" w:rsidP="00996808">
      <w:pPr>
        <w:ind w:right="-285"/>
        <w:rPr>
          <w:lang w:val="ru-RU"/>
        </w:rPr>
      </w:pPr>
      <w:r w:rsidRPr="00996808">
        <w:rPr>
          <w:lang w:val="ru-RU"/>
        </w:rPr>
        <w:t>вступления в уголовное дело в качестве защитника юридической помощи не оказывал,</w:t>
      </w:r>
    </w:p>
    <w:p w14:paraId="566334B9" w14:textId="77777777" w:rsidR="00996808" w:rsidRPr="00996808" w:rsidRDefault="00996808" w:rsidP="00996808">
      <w:pPr>
        <w:ind w:right="-285"/>
        <w:rPr>
          <w:lang w:val="ru-RU"/>
        </w:rPr>
      </w:pPr>
      <w:r w:rsidRPr="00996808">
        <w:rPr>
          <w:lang w:val="ru-RU"/>
        </w:rPr>
        <w:t>фактически защиту заявителя не осуществлял.</w:t>
      </w:r>
    </w:p>
    <w:p w14:paraId="36EA8210" w14:textId="77777777" w:rsidR="00996808" w:rsidRPr="00996808" w:rsidRDefault="00996808" w:rsidP="00996808">
      <w:pPr>
        <w:ind w:right="-285"/>
        <w:rPr>
          <w:lang w:val="ru-RU"/>
        </w:rPr>
      </w:pPr>
      <w:r w:rsidRPr="00996808">
        <w:rPr>
          <w:lang w:val="ru-RU"/>
        </w:rPr>
        <w:t>Доверитель указала, что перед допросом она обратилась к адвокату с просьбой</w:t>
      </w:r>
    </w:p>
    <w:p w14:paraId="5D8C6605" w14:textId="77777777" w:rsidR="00996808" w:rsidRPr="00996808" w:rsidRDefault="00996808" w:rsidP="00996808">
      <w:pPr>
        <w:ind w:right="-285"/>
        <w:rPr>
          <w:lang w:val="ru-RU"/>
        </w:rPr>
      </w:pPr>
      <w:r w:rsidRPr="00996808">
        <w:rPr>
          <w:lang w:val="ru-RU"/>
        </w:rPr>
        <w:t>ознакомиться с её показаниями, которые она давала ранее, а также предложила заявить</w:t>
      </w:r>
    </w:p>
    <w:p w14:paraId="6E32AF38" w14:textId="77777777" w:rsidR="00996808" w:rsidRPr="00996808" w:rsidRDefault="00996808" w:rsidP="00996808">
      <w:pPr>
        <w:ind w:right="-285"/>
        <w:rPr>
          <w:lang w:val="ru-RU"/>
        </w:rPr>
      </w:pPr>
      <w:r w:rsidRPr="00996808">
        <w:rPr>
          <w:lang w:val="ru-RU"/>
        </w:rPr>
        <w:t>ходатайство о допросе лиц, которые могли бы опровергнуть подозрение в отношении неё,</w:t>
      </w:r>
    </w:p>
    <w:p w14:paraId="2978FCA5" w14:textId="77777777" w:rsidR="00996808" w:rsidRPr="00996808" w:rsidRDefault="00996808" w:rsidP="00996808">
      <w:pPr>
        <w:ind w:right="-285"/>
        <w:rPr>
          <w:lang w:val="ru-RU"/>
        </w:rPr>
      </w:pPr>
      <w:r w:rsidRPr="00996808">
        <w:rPr>
          <w:lang w:val="ru-RU"/>
        </w:rPr>
        <w:t>и истребовать документы, подтверждающие непричастность к рассматриваемым событиям,</w:t>
      </w:r>
    </w:p>
    <w:p w14:paraId="2180FED0" w14:textId="77777777" w:rsidR="00996808" w:rsidRPr="00996808" w:rsidRDefault="00996808" w:rsidP="00996808">
      <w:pPr>
        <w:ind w:right="-285"/>
        <w:rPr>
          <w:lang w:val="ru-RU"/>
        </w:rPr>
      </w:pPr>
      <w:r w:rsidRPr="00996808">
        <w:rPr>
          <w:lang w:val="ru-RU"/>
        </w:rPr>
        <w:t>Обзор дисциплинарной практики 2025/2026</w:t>
      </w:r>
    </w:p>
    <w:p w14:paraId="6CBC463B" w14:textId="77777777" w:rsidR="00996808" w:rsidRPr="00996808" w:rsidRDefault="00996808" w:rsidP="00996808">
      <w:pPr>
        <w:ind w:right="-285"/>
        <w:rPr>
          <w:lang w:val="ru-RU"/>
        </w:rPr>
      </w:pPr>
      <w:r w:rsidRPr="00996808">
        <w:rPr>
          <w:lang w:val="ru-RU"/>
        </w:rPr>
        <w:t>1</w:t>
      </w:r>
    </w:p>
    <w:p w14:paraId="0DDF2904" w14:textId="77777777" w:rsidR="00996808" w:rsidRPr="00996808" w:rsidRDefault="00996808" w:rsidP="00996808">
      <w:pPr>
        <w:ind w:right="-285"/>
        <w:rPr>
          <w:lang w:val="ru-RU"/>
        </w:rPr>
      </w:pPr>
      <w:r w:rsidRPr="00996808">
        <w:rPr>
          <w:lang w:val="ru-RU"/>
        </w:rPr>
        <w:t>на что адвокат сообщил заявителю, что углубляться и знакомиться с материалами дела он</w:t>
      </w:r>
    </w:p>
    <w:p w14:paraId="4535415D" w14:textId="77777777" w:rsidR="00996808" w:rsidRPr="00996808" w:rsidRDefault="00996808" w:rsidP="00996808">
      <w:pPr>
        <w:ind w:right="-285"/>
        <w:rPr>
          <w:lang w:val="ru-RU"/>
        </w:rPr>
      </w:pPr>
      <w:r w:rsidRPr="00996808">
        <w:rPr>
          <w:lang w:val="ru-RU"/>
        </w:rPr>
        <w:t>не будет, так как у него нет времени, встречается с ней (заявителем жалобы) он будет,</w:t>
      </w:r>
    </w:p>
    <w:p w14:paraId="27196E7E" w14:textId="77777777" w:rsidR="00996808" w:rsidRPr="00996808" w:rsidRDefault="00996808" w:rsidP="00996808">
      <w:pPr>
        <w:ind w:right="-285"/>
        <w:rPr>
          <w:lang w:val="ru-RU"/>
        </w:rPr>
      </w:pPr>
      <w:r w:rsidRPr="00996808">
        <w:rPr>
          <w:lang w:val="ru-RU"/>
        </w:rPr>
        <w:lastRenderedPageBreak/>
        <w:t>только у следователя на допросах, также предложил, что если ей требуется нормальная</w:t>
      </w:r>
    </w:p>
    <w:p w14:paraId="15B0AC38" w14:textId="77777777" w:rsidR="00996808" w:rsidRPr="00996808" w:rsidRDefault="00996808" w:rsidP="00996808">
      <w:pPr>
        <w:ind w:right="-285"/>
        <w:rPr>
          <w:lang w:val="ru-RU"/>
        </w:rPr>
      </w:pPr>
      <w:r w:rsidRPr="00996808">
        <w:rPr>
          <w:lang w:val="ru-RU"/>
        </w:rPr>
        <w:t>линия защиты, то он готов работать по соглашению за отдельную оплату и ознакомиться с</w:t>
      </w:r>
    </w:p>
    <w:p w14:paraId="35CBAF05" w14:textId="77777777" w:rsidR="00996808" w:rsidRPr="00996808" w:rsidRDefault="00996808" w:rsidP="00996808">
      <w:pPr>
        <w:ind w:right="-285"/>
        <w:rPr>
          <w:lang w:val="ru-RU"/>
        </w:rPr>
      </w:pPr>
      <w:r w:rsidRPr="00996808">
        <w:rPr>
          <w:lang w:val="ru-RU"/>
        </w:rPr>
        <w:t>материалами дела и составлять необходимые ходатайства для её защиты.</w:t>
      </w:r>
    </w:p>
    <w:p w14:paraId="62062204" w14:textId="77777777" w:rsidR="00996808" w:rsidRPr="00996808" w:rsidRDefault="00996808" w:rsidP="00996808">
      <w:pPr>
        <w:ind w:right="-285"/>
        <w:rPr>
          <w:lang w:val="ru-RU"/>
        </w:rPr>
      </w:pPr>
      <w:r w:rsidRPr="00996808">
        <w:rPr>
          <w:lang w:val="ru-RU"/>
        </w:rPr>
        <w:t>В последующем, доверителя неоднократно вызывали к следователю, составляли</w:t>
      </w:r>
    </w:p>
    <w:p w14:paraId="2053CD12" w14:textId="77777777" w:rsidR="00996808" w:rsidRPr="00996808" w:rsidRDefault="00996808" w:rsidP="00996808">
      <w:pPr>
        <w:ind w:right="-285"/>
        <w:rPr>
          <w:lang w:val="ru-RU"/>
        </w:rPr>
      </w:pPr>
      <w:r w:rsidRPr="00996808">
        <w:rPr>
          <w:lang w:val="ru-RU"/>
        </w:rPr>
        <w:t>необходимые для уголовного дела документы, при этом участвовал адвокат, который не</w:t>
      </w:r>
    </w:p>
    <w:p w14:paraId="49EEE84E" w14:textId="77777777" w:rsidR="00996808" w:rsidRPr="00996808" w:rsidRDefault="00996808" w:rsidP="00996808">
      <w:pPr>
        <w:ind w:right="-285"/>
        <w:rPr>
          <w:lang w:val="ru-RU"/>
        </w:rPr>
      </w:pPr>
      <w:r w:rsidRPr="00996808">
        <w:rPr>
          <w:lang w:val="ru-RU"/>
        </w:rPr>
        <w:t>задал ни одного вопроса, не выслушал её мнения, и не поинтересовался, какие показания</w:t>
      </w:r>
    </w:p>
    <w:p w14:paraId="6D52DE16" w14:textId="77777777" w:rsidR="00996808" w:rsidRPr="00996808" w:rsidRDefault="00996808" w:rsidP="00996808">
      <w:pPr>
        <w:ind w:right="-285"/>
        <w:rPr>
          <w:lang w:val="ru-RU"/>
        </w:rPr>
      </w:pPr>
      <w:r w:rsidRPr="00996808">
        <w:rPr>
          <w:lang w:val="ru-RU"/>
        </w:rPr>
        <w:t>она будет давать и готова ли она к ним.</w:t>
      </w:r>
    </w:p>
    <w:p w14:paraId="1F1EE576" w14:textId="77777777" w:rsidR="00996808" w:rsidRPr="00996808" w:rsidRDefault="00996808" w:rsidP="00996808">
      <w:pPr>
        <w:ind w:right="-285"/>
        <w:rPr>
          <w:lang w:val="ru-RU"/>
        </w:rPr>
      </w:pPr>
      <w:r w:rsidRPr="00996808">
        <w:rPr>
          <w:lang w:val="ru-RU"/>
        </w:rPr>
        <w:t>Все ходатайства доверитель заявляла сама, адвокат эти ходатайства не читал, правильно</w:t>
      </w:r>
    </w:p>
    <w:p w14:paraId="7F558FE5" w14:textId="77777777" w:rsidR="00996808" w:rsidRPr="00996808" w:rsidRDefault="00996808" w:rsidP="00996808">
      <w:pPr>
        <w:ind w:right="-285"/>
        <w:rPr>
          <w:lang w:val="ru-RU"/>
        </w:rPr>
      </w:pPr>
      <w:r w:rsidRPr="00996808">
        <w:rPr>
          <w:lang w:val="ru-RU"/>
        </w:rPr>
        <w:t>или неправильно они были составлены её было неизвестно, а в последующем ни одно из</w:t>
      </w:r>
    </w:p>
    <w:p w14:paraId="107E2E98" w14:textId="77777777" w:rsidR="00996808" w:rsidRPr="00996808" w:rsidRDefault="00996808" w:rsidP="00996808">
      <w:pPr>
        <w:ind w:right="-285"/>
        <w:rPr>
          <w:lang w:val="ru-RU"/>
        </w:rPr>
      </w:pPr>
      <w:r w:rsidRPr="00996808">
        <w:rPr>
          <w:lang w:val="ru-RU"/>
        </w:rPr>
        <w:t>заявленных заявителем ходатайств следователем удовлетворено не было.</w:t>
      </w:r>
    </w:p>
    <w:p w14:paraId="53CE2DFF" w14:textId="77777777" w:rsidR="00996808" w:rsidRPr="00996808" w:rsidRDefault="00996808" w:rsidP="00996808">
      <w:pPr>
        <w:ind w:right="-285"/>
        <w:rPr>
          <w:lang w:val="ru-RU"/>
        </w:rPr>
      </w:pPr>
      <w:r w:rsidRPr="00996808">
        <w:rPr>
          <w:lang w:val="ru-RU"/>
        </w:rPr>
        <w:t>Адвокат Д. с выдвинутыми дисциплинарными обвинениями не согласился, в объяснениях</w:t>
      </w:r>
    </w:p>
    <w:p w14:paraId="27C772FE" w14:textId="77777777" w:rsidR="00996808" w:rsidRPr="00996808" w:rsidRDefault="00996808" w:rsidP="00996808">
      <w:pPr>
        <w:ind w:right="-285"/>
        <w:rPr>
          <w:lang w:val="ru-RU"/>
        </w:rPr>
      </w:pPr>
      <w:r w:rsidRPr="00996808">
        <w:rPr>
          <w:lang w:val="ru-RU"/>
        </w:rPr>
        <w:t>указал, что доверитель с первой их встречи не пожелала обсуждать с ним обстоятельства</w:t>
      </w:r>
    </w:p>
    <w:p w14:paraId="29934E92" w14:textId="77777777" w:rsidR="00996808" w:rsidRPr="00996808" w:rsidRDefault="00996808" w:rsidP="00996808">
      <w:pPr>
        <w:ind w:right="-285"/>
        <w:rPr>
          <w:lang w:val="ru-RU"/>
        </w:rPr>
      </w:pPr>
      <w:r w:rsidRPr="00996808">
        <w:rPr>
          <w:lang w:val="ru-RU"/>
        </w:rPr>
        <w:t>дела, пояснила, что у нее будет адвокат по соглашению, тем не менее, он оставил ей свою</w:t>
      </w:r>
    </w:p>
    <w:p w14:paraId="1339F7C8" w14:textId="77777777" w:rsidR="00996808" w:rsidRPr="00996808" w:rsidRDefault="00996808" w:rsidP="00996808">
      <w:pPr>
        <w:ind w:right="-285"/>
        <w:rPr>
          <w:lang w:val="ru-RU"/>
        </w:rPr>
      </w:pPr>
      <w:r w:rsidRPr="00996808">
        <w:rPr>
          <w:lang w:val="ru-RU"/>
        </w:rPr>
        <w:t>визитную карточку в случае необходимости консультации.</w:t>
      </w:r>
    </w:p>
    <w:p w14:paraId="31E364BC" w14:textId="77777777" w:rsidR="00996808" w:rsidRPr="00996808" w:rsidRDefault="00996808" w:rsidP="00996808">
      <w:pPr>
        <w:ind w:right="-285"/>
        <w:rPr>
          <w:lang w:val="ru-RU"/>
        </w:rPr>
      </w:pPr>
      <w:r w:rsidRPr="00996808">
        <w:rPr>
          <w:lang w:val="ru-RU"/>
        </w:rPr>
        <w:t xml:space="preserve">В подтверждение своей версии произошедшего адвокат представил скриншоты </w:t>
      </w:r>
      <w:proofErr w:type="spellStart"/>
      <w:r w:rsidRPr="00996808">
        <w:rPr>
          <w:lang w:val="ru-RU"/>
        </w:rPr>
        <w:t>WhatsApp</w:t>
      </w:r>
      <w:proofErr w:type="spellEnd"/>
    </w:p>
    <w:p w14:paraId="7B9C5929" w14:textId="77777777" w:rsidR="00996808" w:rsidRPr="00996808" w:rsidRDefault="00996808" w:rsidP="00996808">
      <w:pPr>
        <w:ind w:right="-285"/>
        <w:rPr>
          <w:lang w:val="ru-RU"/>
        </w:rPr>
      </w:pPr>
      <w:r w:rsidRPr="00996808">
        <w:rPr>
          <w:lang w:val="ru-RU"/>
        </w:rPr>
        <w:t>Messenger-переписки между ним и доверителем в которых следовало, что доверитель</w:t>
      </w:r>
    </w:p>
    <w:p w14:paraId="38156412" w14:textId="77777777" w:rsidR="00996808" w:rsidRPr="00996808" w:rsidRDefault="00996808" w:rsidP="00996808">
      <w:pPr>
        <w:ind w:right="-285"/>
        <w:rPr>
          <w:lang w:val="ru-RU"/>
        </w:rPr>
      </w:pPr>
      <w:r w:rsidRPr="00996808">
        <w:rPr>
          <w:lang w:val="ru-RU"/>
        </w:rPr>
        <w:t>спрашивала у адвоката ознакомился ли он с материалами дела, и как он будет её защищать</w:t>
      </w:r>
    </w:p>
    <w:p w14:paraId="27ACC8DA" w14:textId="77777777" w:rsidR="00996808" w:rsidRPr="00996808" w:rsidRDefault="00996808" w:rsidP="00996808">
      <w:pPr>
        <w:ind w:right="-285"/>
        <w:rPr>
          <w:lang w:val="ru-RU"/>
        </w:rPr>
      </w:pPr>
      <w:r w:rsidRPr="00996808">
        <w:rPr>
          <w:lang w:val="ru-RU"/>
        </w:rPr>
        <w:t xml:space="preserve">на следующем </w:t>
      </w:r>
      <w:proofErr w:type="gramStart"/>
      <w:r w:rsidRPr="00996808">
        <w:rPr>
          <w:lang w:val="ru-RU"/>
        </w:rPr>
        <w:t>допросе</w:t>
      </w:r>
      <w:proofErr w:type="gramEnd"/>
      <w:r w:rsidRPr="00996808">
        <w:rPr>
          <w:lang w:val="ru-RU"/>
        </w:rPr>
        <w:t xml:space="preserve"> не зная обстоятельств дела.</w:t>
      </w:r>
    </w:p>
    <w:p w14:paraId="2AA22385" w14:textId="77777777" w:rsidR="00996808" w:rsidRPr="00996808" w:rsidRDefault="00996808" w:rsidP="00996808">
      <w:pPr>
        <w:ind w:right="-285"/>
        <w:rPr>
          <w:lang w:val="ru-RU"/>
        </w:rPr>
      </w:pPr>
      <w:r w:rsidRPr="00996808">
        <w:rPr>
          <w:lang w:val="ru-RU"/>
        </w:rPr>
        <w:t>Адвокатом в материалы дисциплинарного дела доказательства необоснованности жалобы,</w:t>
      </w:r>
    </w:p>
    <w:p w14:paraId="2939745E" w14:textId="77777777" w:rsidR="00996808" w:rsidRPr="00996808" w:rsidRDefault="00996808" w:rsidP="00996808">
      <w:pPr>
        <w:ind w:right="-285"/>
        <w:rPr>
          <w:lang w:val="ru-RU"/>
        </w:rPr>
      </w:pPr>
      <w:r w:rsidRPr="00996808">
        <w:rPr>
          <w:lang w:val="ru-RU"/>
        </w:rPr>
        <w:t>в том числе из адвокатского досье копий ходатайств, постановлений об удовлетворении или</w:t>
      </w:r>
    </w:p>
    <w:p w14:paraId="1C3205D4" w14:textId="77777777" w:rsidR="00996808" w:rsidRPr="00996808" w:rsidRDefault="00996808" w:rsidP="00996808">
      <w:pPr>
        <w:ind w:right="-285"/>
        <w:rPr>
          <w:lang w:val="ru-RU"/>
        </w:rPr>
      </w:pPr>
      <w:r w:rsidRPr="00996808">
        <w:rPr>
          <w:lang w:val="ru-RU"/>
        </w:rPr>
        <w:t>отказе в удовлетворении заявленных ходатайств, жалоб на отказ в удовлетворении</w:t>
      </w:r>
    </w:p>
    <w:p w14:paraId="46165B06" w14:textId="77777777" w:rsidR="00996808" w:rsidRPr="00996808" w:rsidRDefault="00996808" w:rsidP="00996808">
      <w:pPr>
        <w:ind w:right="-285"/>
        <w:rPr>
          <w:lang w:val="ru-RU"/>
        </w:rPr>
      </w:pPr>
      <w:r w:rsidRPr="00996808">
        <w:rPr>
          <w:lang w:val="ru-RU"/>
        </w:rPr>
        <w:t>ходатайств, допросов доверителя с его участием в качестве защитника в которых отражены</w:t>
      </w:r>
    </w:p>
    <w:p w14:paraId="62AEDA2E" w14:textId="77777777" w:rsidR="00996808" w:rsidRPr="00996808" w:rsidRDefault="00996808" w:rsidP="00996808">
      <w:pPr>
        <w:ind w:right="-285"/>
        <w:rPr>
          <w:lang w:val="ru-RU"/>
        </w:rPr>
      </w:pPr>
      <w:proofErr w:type="gramStart"/>
      <w:r w:rsidRPr="00996808">
        <w:rPr>
          <w:lang w:val="ru-RU"/>
        </w:rPr>
        <w:t>его ходатайства</w:t>
      </w:r>
      <w:proofErr w:type="gramEnd"/>
      <w:r w:rsidRPr="00996808">
        <w:rPr>
          <w:lang w:val="ru-RU"/>
        </w:rPr>
        <w:t xml:space="preserve"> направленные в защиту интересов представлены не были, в связи с чем</w:t>
      </w:r>
    </w:p>
    <w:p w14:paraId="68F51137" w14:textId="77777777" w:rsidR="00996808" w:rsidRPr="00996808" w:rsidRDefault="00996808" w:rsidP="00996808">
      <w:pPr>
        <w:ind w:right="-285"/>
        <w:rPr>
          <w:lang w:val="ru-RU"/>
        </w:rPr>
      </w:pPr>
      <w:r w:rsidRPr="00996808">
        <w:rPr>
          <w:lang w:val="ru-RU"/>
        </w:rPr>
        <w:t>Квалификационная комиссия признала презумпцию добросовестности адвоката</w:t>
      </w:r>
    </w:p>
    <w:p w14:paraId="1CA26A83" w14:textId="77777777" w:rsidR="00996808" w:rsidRPr="00996808" w:rsidRDefault="00996808" w:rsidP="00996808">
      <w:pPr>
        <w:ind w:right="-285"/>
        <w:rPr>
          <w:lang w:val="ru-RU"/>
        </w:rPr>
      </w:pPr>
      <w:r w:rsidRPr="00996808">
        <w:rPr>
          <w:lang w:val="ru-RU"/>
        </w:rPr>
        <w:t>опровергнутой, а его вину в совершении дисциплинарных проступков выразившихся в</w:t>
      </w:r>
    </w:p>
    <w:p w14:paraId="1DDCDCEA" w14:textId="77777777" w:rsidR="00996808" w:rsidRPr="00996808" w:rsidRDefault="00996808" w:rsidP="00996808">
      <w:pPr>
        <w:ind w:right="-285"/>
        <w:rPr>
          <w:lang w:val="ru-RU"/>
        </w:rPr>
      </w:pPr>
      <w:r w:rsidRPr="00996808">
        <w:rPr>
          <w:lang w:val="ru-RU"/>
        </w:rPr>
        <w:t>необеспечении адвокатом выполнения своих профессиональных обязанностей по защите</w:t>
      </w:r>
    </w:p>
    <w:p w14:paraId="3D13AEC3" w14:textId="77777777" w:rsidR="00996808" w:rsidRPr="00996808" w:rsidRDefault="00996808" w:rsidP="00996808">
      <w:pPr>
        <w:ind w:right="-285"/>
        <w:rPr>
          <w:lang w:val="ru-RU"/>
        </w:rPr>
      </w:pPr>
      <w:r w:rsidRPr="00996808">
        <w:rPr>
          <w:lang w:val="ru-RU"/>
        </w:rPr>
        <w:t>прав и интересов доверителя по уголовному делу, – установленными.</w:t>
      </w:r>
    </w:p>
    <w:p w14:paraId="372439B2" w14:textId="77777777" w:rsidR="00996808" w:rsidRPr="00996808" w:rsidRDefault="00996808" w:rsidP="00996808">
      <w:pPr>
        <w:ind w:right="-285"/>
        <w:rPr>
          <w:lang w:val="ru-RU"/>
        </w:rPr>
      </w:pPr>
      <w:r w:rsidRPr="00996808">
        <w:rPr>
          <w:lang w:val="ru-RU"/>
        </w:rPr>
        <w:t>Оценив доказательства, Квалификационная комиссия признала, что в полученных в ходе</w:t>
      </w:r>
    </w:p>
    <w:p w14:paraId="03C626C0" w14:textId="77777777" w:rsidR="00996808" w:rsidRPr="00996808" w:rsidRDefault="00996808" w:rsidP="00996808">
      <w:pPr>
        <w:ind w:right="-285"/>
        <w:rPr>
          <w:lang w:val="ru-RU"/>
        </w:rPr>
      </w:pPr>
      <w:r w:rsidRPr="00996808">
        <w:rPr>
          <w:lang w:val="ru-RU"/>
        </w:rPr>
        <w:t>разбирательства фактических данных имелись сведения, свидетельствующие о нарушении</w:t>
      </w:r>
    </w:p>
    <w:p w14:paraId="63C9595B" w14:textId="77777777" w:rsidR="00996808" w:rsidRPr="00996808" w:rsidRDefault="00996808" w:rsidP="00996808">
      <w:pPr>
        <w:ind w:right="-285"/>
        <w:rPr>
          <w:lang w:val="ru-RU"/>
        </w:rPr>
      </w:pPr>
      <w:r w:rsidRPr="00996808">
        <w:rPr>
          <w:lang w:val="ru-RU"/>
        </w:rPr>
        <w:t>адвокатом Д. норм законодательства об адвокатской деятельности и адвокатуре и вынесла</w:t>
      </w:r>
    </w:p>
    <w:p w14:paraId="3E75EE72" w14:textId="77777777" w:rsidR="00996808" w:rsidRPr="00996808" w:rsidRDefault="00996808" w:rsidP="00996808">
      <w:pPr>
        <w:ind w:right="-285"/>
        <w:rPr>
          <w:lang w:val="ru-RU"/>
        </w:rPr>
      </w:pPr>
      <w:r w:rsidRPr="00996808">
        <w:rPr>
          <w:lang w:val="ru-RU"/>
        </w:rPr>
        <w:t>заключение о наличии в действиях (бездействии) адвоката Сахалинской адвокатской</w:t>
      </w:r>
    </w:p>
    <w:p w14:paraId="4D4964F4" w14:textId="77777777" w:rsidR="00996808" w:rsidRPr="00996808" w:rsidRDefault="00996808" w:rsidP="00996808">
      <w:pPr>
        <w:ind w:right="-285"/>
        <w:rPr>
          <w:lang w:val="ru-RU"/>
        </w:rPr>
      </w:pPr>
      <w:r w:rsidRPr="00996808">
        <w:rPr>
          <w:lang w:val="ru-RU"/>
        </w:rPr>
        <w:t>палаты Д. нарушений норм законодательства об адвокатской деятельности и адвокатуре и</w:t>
      </w:r>
    </w:p>
    <w:p w14:paraId="13B2C0CE" w14:textId="77777777" w:rsidR="00996808" w:rsidRPr="00996808" w:rsidRDefault="00996808" w:rsidP="00996808">
      <w:pPr>
        <w:ind w:right="-285"/>
        <w:rPr>
          <w:lang w:val="ru-RU"/>
        </w:rPr>
      </w:pPr>
      <w:r w:rsidRPr="00996808">
        <w:rPr>
          <w:lang w:val="ru-RU"/>
        </w:rPr>
        <w:t xml:space="preserve">Кодекса профессиональной этики </w:t>
      </w:r>
      <w:proofErr w:type="gramStart"/>
      <w:r w:rsidRPr="00996808">
        <w:rPr>
          <w:lang w:val="ru-RU"/>
        </w:rPr>
        <w:t>адвокатов</w:t>
      </w:r>
      <w:proofErr w:type="gramEnd"/>
      <w:r w:rsidRPr="00996808">
        <w:rPr>
          <w:lang w:val="ru-RU"/>
        </w:rPr>
        <w:t xml:space="preserve"> предусмотренных пунктом 4 части 1 статьи 7</w:t>
      </w:r>
    </w:p>
    <w:p w14:paraId="4B9B6259" w14:textId="77777777" w:rsidR="00996808" w:rsidRPr="00996808" w:rsidRDefault="00996808" w:rsidP="00996808">
      <w:pPr>
        <w:ind w:right="-285"/>
        <w:rPr>
          <w:lang w:val="ru-RU"/>
        </w:rPr>
      </w:pPr>
      <w:r w:rsidRPr="00996808">
        <w:rPr>
          <w:lang w:val="ru-RU"/>
        </w:rPr>
        <w:t>Федерального закона № 63-ФЗ «Об адвокатской деятельности и адвокатуре в Российской</w:t>
      </w:r>
    </w:p>
    <w:p w14:paraId="2318BD10" w14:textId="77777777" w:rsidR="00996808" w:rsidRPr="00996808" w:rsidRDefault="00996808" w:rsidP="00996808">
      <w:pPr>
        <w:ind w:right="-285"/>
        <w:rPr>
          <w:lang w:val="ru-RU"/>
        </w:rPr>
      </w:pPr>
      <w:r w:rsidRPr="00996808">
        <w:rPr>
          <w:lang w:val="ru-RU"/>
        </w:rPr>
        <w:t>Федерации» и пунктом 1 статьи 8 Кодекса профессиональной этики адвоката.</w:t>
      </w:r>
    </w:p>
    <w:p w14:paraId="0719C24B" w14:textId="77777777" w:rsidR="00996808" w:rsidRPr="00996808" w:rsidRDefault="00996808" w:rsidP="00996808">
      <w:pPr>
        <w:ind w:right="-285"/>
        <w:rPr>
          <w:lang w:val="ru-RU"/>
        </w:rPr>
      </w:pPr>
      <w:r w:rsidRPr="00996808">
        <w:rPr>
          <w:lang w:val="ru-RU"/>
        </w:rPr>
        <w:lastRenderedPageBreak/>
        <w:t>Совет адвокатской палаты, рассмотрев поступившее с заключением дисциплинарное</w:t>
      </w:r>
    </w:p>
    <w:p w14:paraId="023F628F" w14:textId="77777777" w:rsidR="00996808" w:rsidRPr="00996808" w:rsidRDefault="00996808" w:rsidP="00996808">
      <w:pPr>
        <w:ind w:right="-285"/>
        <w:rPr>
          <w:lang w:val="ru-RU"/>
        </w:rPr>
      </w:pPr>
      <w:r w:rsidRPr="00996808">
        <w:rPr>
          <w:lang w:val="ru-RU"/>
        </w:rPr>
        <w:t>производство согласился с Квалификационной комиссией и принял решение о наличии в</w:t>
      </w:r>
    </w:p>
    <w:p w14:paraId="54B4BAF9" w14:textId="77777777" w:rsidR="00996808" w:rsidRPr="00996808" w:rsidRDefault="00996808" w:rsidP="00996808">
      <w:pPr>
        <w:ind w:right="-285"/>
        <w:rPr>
          <w:lang w:val="ru-RU"/>
        </w:rPr>
      </w:pPr>
      <w:r w:rsidRPr="00996808">
        <w:rPr>
          <w:lang w:val="ru-RU"/>
        </w:rPr>
        <w:t>действиях (бездействии) адвоката Д. нарушений норм законодательства об адвокатской</w:t>
      </w:r>
    </w:p>
    <w:p w14:paraId="3475D70C" w14:textId="77777777" w:rsidR="00996808" w:rsidRPr="00996808" w:rsidRDefault="00996808" w:rsidP="00996808">
      <w:pPr>
        <w:ind w:right="-285"/>
        <w:rPr>
          <w:lang w:val="ru-RU"/>
        </w:rPr>
      </w:pPr>
      <w:r w:rsidRPr="00996808">
        <w:rPr>
          <w:lang w:val="ru-RU"/>
        </w:rPr>
        <w:t>деятельности и адвокатуре и (или) настоящего Кодекса, и о применении к адвокату мер</w:t>
      </w:r>
    </w:p>
    <w:p w14:paraId="27C7CA1E" w14:textId="77777777" w:rsidR="00996808" w:rsidRPr="00996808" w:rsidRDefault="00996808" w:rsidP="00996808">
      <w:pPr>
        <w:ind w:right="-285"/>
        <w:rPr>
          <w:lang w:val="ru-RU"/>
        </w:rPr>
      </w:pPr>
      <w:r w:rsidRPr="00996808">
        <w:rPr>
          <w:lang w:val="ru-RU"/>
        </w:rPr>
        <w:t>дисциплинарной ответственности, предусмотренных статьей 18 настоящего Кодекса в виде</w:t>
      </w:r>
    </w:p>
    <w:p w14:paraId="36A1A3CF" w14:textId="77777777" w:rsidR="00996808" w:rsidRPr="00996808" w:rsidRDefault="00996808" w:rsidP="00996808">
      <w:pPr>
        <w:ind w:right="-285"/>
        <w:rPr>
          <w:lang w:val="ru-RU"/>
        </w:rPr>
      </w:pPr>
      <w:r w:rsidRPr="00996808">
        <w:rPr>
          <w:lang w:val="ru-RU"/>
        </w:rPr>
        <w:t>замечания.</w:t>
      </w:r>
    </w:p>
    <w:p w14:paraId="72161DE7" w14:textId="77777777" w:rsidR="00996808" w:rsidRPr="00996808" w:rsidRDefault="00996808" w:rsidP="00996808">
      <w:pPr>
        <w:ind w:right="-285"/>
        <w:rPr>
          <w:lang w:val="ru-RU"/>
        </w:rPr>
      </w:pPr>
      <w:r w:rsidRPr="00996808">
        <w:rPr>
          <w:lang w:val="ru-RU"/>
        </w:rPr>
        <w:t>Обзор дисциплинарной практики 2025/2026</w:t>
      </w:r>
    </w:p>
    <w:p w14:paraId="558621B9" w14:textId="77777777" w:rsidR="00996808" w:rsidRPr="00996808" w:rsidRDefault="00996808" w:rsidP="00996808">
      <w:pPr>
        <w:ind w:right="-285"/>
        <w:rPr>
          <w:lang w:val="ru-RU"/>
        </w:rPr>
      </w:pPr>
      <w:r w:rsidRPr="00996808">
        <w:rPr>
          <w:lang w:val="ru-RU"/>
        </w:rPr>
        <w:t>2</w:t>
      </w:r>
    </w:p>
    <w:p w14:paraId="15C8AB53" w14:textId="77777777" w:rsidR="00996808" w:rsidRPr="00996808" w:rsidRDefault="00996808" w:rsidP="00996808">
      <w:pPr>
        <w:ind w:right="-285"/>
        <w:rPr>
          <w:lang w:val="ru-RU"/>
        </w:rPr>
      </w:pPr>
      <w:r w:rsidRPr="00996808">
        <w:rPr>
          <w:lang w:val="ru-RU"/>
        </w:rPr>
        <w:t>1.2. Совет частично прекратил дисциплинарное производство (по одному</w:t>
      </w:r>
    </w:p>
    <w:p w14:paraId="4E613EF5" w14:textId="77777777" w:rsidR="00996808" w:rsidRPr="00996808" w:rsidRDefault="00996808" w:rsidP="00996808">
      <w:pPr>
        <w:ind w:right="-285"/>
        <w:rPr>
          <w:lang w:val="ru-RU"/>
        </w:rPr>
      </w:pPr>
      <w:r w:rsidRPr="00996808">
        <w:rPr>
          <w:lang w:val="ru-RU"/>
        </w:rPr>
        <w:t>дисциплинарному обвинению) в отношении адвоката Д., вследствие отсутствия в его</w:t>
      </w:r>
    </w:p>
    <w:p w14:paraId="03B91280" w14:textId="77777777" w:rsidR="00996808" w:rsidRPr="00996808" w:rsidRDefault="00996808" w:rsidP="00996808">
      <w:pPr>
        <w:ind w:right="-285"/>
        <w:rPr>
          <w:lang w:val="ru-RU"/>
        </w:rPr>
      </w:pPr>
      <w:r w:rsidRPr="00996808">
        <w:rPr>
          <w:lang w:val="ru-RU"/>
        </w:rPr>
        <w:t>действиях (бездействиях) нарушений норм законодательства об адвокатской</w:t>
      </w:r>
    </w:p>
    <w:p w14:paraId="6E0775A4" w14:textId="77777777" w:rsidR="00996808" w:rsidRPr="00996808" w:rsidRDefault="00996808" w:rsidP="00996808">
      <w:pPr>
        <w:ind w:right="-285"/>
        <w:rPr>
          <w:lang w:val="ru-RU"/>
        </w:rPr>
      </w:pPr>
      <w:r w:rsidRPr="00996808">
        <w:rPr>
          <w:lang w:val="ru-RU"/>
        </w:rPr>
        <w:t>деятельности и адвокатуре и (или) Кодекса профессиональной этики адвоката и</w:t>
      </w:r>
    </w:p>
    <w:p w14:paraId="2F38F6CF" w14:textId="77777777" w:rsidR="00996808" w:rsidRPr="00996808" w:rsidRDefault="00996808" w:rsidP="00996808">
      <w:pPr>
        <w:ind w:right="-285"/>
        <w:rPr>
          <w:lang w:val="ru-RU"/>
        </w:rPr>
      </w:pPr>
      <w:r w:rsidRPr="00996808">
        <w:rPr>
          <w:lang w:val="ru-RU"/>
        </w:rPr>
        <w:t>надлежащем исполнении своих обязанностей перед доверителем, и привлек к</w:t>
      </w:r>
    </w:p>
    <w:p w14:paraId="37614222" w14:textId="77777777" w:rsidR="00996808" w:rsidRPr="00996808" w:rsidRDefault="00996808" w:rsidP="00996808">
      <w:pPr>
        <w:ind w:right="-285"/>
        <w:rPr>
          <w:lang w:val="ru-RU"/>
        </w:rPr>
      </w:pPr>
      <w:r w:rsidRPr="00996808">
        <w:rPr>
          <w:lang w:val="ru-RU"/>
        </w:rPr>
        <w:t>дисциплинарной ответственности (по второму дисциплинарному обвинению) за отказ</w:t>
      </w:r>
    </w:p>
    <w:p w14:paraId="2932F183" w14:textId="77777777" w:rsidR="00996808" w:rsidRPr="00996808" w:rsidRDefault="00996808" w:rsidP="00996808">
      <w:pPr>
        <w:ind w:right="-285"/>
        <w:rPr>
          <w:lang w:val="ru-RU"/>
        </w:rPr>
      </w:pPr>
      <w:r w:rsidRPr="00996808">
        <w:rPr>
          <w:lang w:val="ru-RU"/>
        </w:rPr>
        <w:t>в предоставлении отчета заявителю о проделанной по договору работе.</w:t>
      </w:r>
    </w:p>
    <w:p w14:paraId="2267FC4B" w14:textId="77777777" w:rsidR="00996808" w:rsidRPr="00996808" w:rsidRDefault="00996808" w:rsidP="00996808">
      <w:pPr>
        <w:ind w:right="-285"/>
        <w:rPr>
          <w:lang w:val="ru-RU"/>
        </w:rPr>
      </w:pPr>
      <w:r w:rsidRPr="00996808">
        <w:rPr>
          <w:lang w:val="ru-RU"/>
        </w:rPr>
        <w:t>Поводом для возбуждения дисциплинарного производства явилась жалоба доверителя из</w:t>
      </w:r>
    </w:p>
    <w:p w14:paraId="0A468A96" w14:textId="77777777" w:rsidR="00996808" w:rsidRPr="00996808" w:rsidRDefault="00996808" w:rsidP="00996808">
      <w:pPr>
        <w:ind w:right="-285"/>
        <w:rPr>
          <w:lang w:val="ru-RU"/>
        </w:rPr>
      </w:pPr>
      <w:r w:rsidRPr="00996808">
        <w:rPr>
          <w:lang w:val="ru-RU"/>
        </w:rPr>
        <w:t>которой следовало, что адвокат на основании договора на оказание юридической помощи</w:t>
      </w:r>
    </w:p>
    <w:p w14:paraId="4F3F5EF4" w14:textId="77777777" w:rsidR="00996808" w:rsidRPr="00996808" w:rsidRDefault="00996808" w:rsidP="00996808">
      <w:pPr>
        <w:ind w:right="-285"/>
        <w:rPr>
          <w:lang w:val="ru-RU"/>
        </w:rPr>
      </w:pPr>
      <w:r w:rsidRPr="00996808">
        <w:rPr>
          <w:lang w:val="ru-RU"/>
        </w:rPr>
        <w:t xml:space="preserve">взял на себя обязательства осуществить: защиту интересов </w:t>
      </w:r>
      <w:proofErr w:type="gramStart"/>
      <w:r w:rsidRPr="00996808">
        <w:rPr>
          <w:lang w:val="ru-RU"/>
        </w:rPr>
        <w:t>в Южно-Сахалинском</w:t>
      </w:r>
      <w:proofErr w:type="gramEnd"/>
    </w:p>
    <w:p w14:paraId="4D2A94E6" w14:textId="77777777" w:rsidR="00996808" w:rsidRPr="00996808" w:rsidRDefault="00996808" w:rsidP="00996808">
      <w:pPr>
        <w:ind w:right="-285"/>
        <w:rPr>
          <w:lang w:val="ru-RU"/>
        </w:rPr>
      </w:pPr>
      <w:r w:rsidRPr="00996808">
        <w:rPr>
          <w:lang w:val="ru-RU"/>
        </w:rPr>
        <w:t>городском суде по административному делу; защиту интересов по гражданскому делу о</w:t>
      </w:r>
    </w:p>
    <w:p w14:paraId="759F28B9" w14:textId="77777777" w:rsidR="00996808" w:rsidRPr="00996808" w:rsidRDefault="00996808" w:rsidP="00996808">
      <w:pPr>
        <w:ind w:right="-285"/>
        <w:rPr>
          <w:lang w:val="ru-RU"/>
        </w:rPr>
      </w:pPr>
      <w:r w:rsidRPr="00996808">
        <w:rPr>
          <w:lang w:val="ru-RU"/>
        </w:rPr>
        <w:t>взыскании алиментов; защиту интересов и представительство в суде по иску об</w:t>
      </w:r>
    </w:p>
    <w:p w14:paraId="75EA33FF" w14:textId="77777777" w:rsidR="00996808" w:rsidRPr="00996808" w:rsidRDefault="00996808" w:rsidP="00996808">
      <w:pPr>
        <w:ind w:right="-285"/>
        <w:rPr>
          <w:lang w:val="ru-RU"/>
        </w:rPr>
      </w:pPr>
      <w:r w:rsidRPr="00996808">
        <w:rPr>
          <w:lang w:val="ru-RU"/>
        </w:rPr>
        <w:t>определении места жительства ребенка; защиту интересов и представительство в суде по</w:t>
      </w:r>
    </w:p>
    <w:p w14:paraId="34D9A1F7" w14:textId="77777777" w:rsidR="00996808" w:rsidRPr="00996808" w:rsidRDefault="00996808" w:rsidP="00996808">
      <w:pPr>
        <w:ind w:right="-285"/>
        <w:rPr>
          <w:lang w:val="ru-RU"/>
        </w:rPr>
      </w:pPr>
      <w:r w:rsidRPr="00996808">
        <w:rPr>
          <w:lang w:val="ru-RU"/>
        </w:rPr>
        <w:t>иску о разделе совместно нажитого имущества.</w:t>
      </w:r>
    </w:p>
    <w:p w14:paraId="1C2762F7" w14:textId="77777777" w:rsidR="00996808" w:rsidRPr="00996808" w:rsidRDefault="00996808" w:rsidP="00996808">
      <w:pPr>
        <w:ind w:right="-285"/>
        <w:rPr>
          <w:lang w:val="ru-RU"/>
        </w:rPr>
      </w:pPr>
      <w:r w:rsidRPr="00996808">
        <w:rPr>
          <w:lang w:val="ru-RU"/>
        </w:rPr>
        <w:t>Вместе с тем, единственным документом подготовленным адвокатом в его интересах</w:t>
      </w:r>
    </w:p>
    <w:p w14:paraId="2E0C563A" w14:textId="77777777" w:rsidR="00996808" w:rsidRPr="00996808" w:rsidRDefault="00996808" w:rsidP="00996808">
      <w:pPr>
        <w:ind w:right="-285"/>
        <w:rPr>
          <w:lang w:val="ru-RU"/>
        </w:rPr>
      </w:pPr>
      <w:r w:rsidRPr="00996808">
        <w:rPr>
          <w:lang w:val="ru-RU"/>
        </w:rPr>
        <w:t>явились «возражения относительно исковых требований» по одному из дел, в связи с чем</w:t>
      </w:r>
    </w:p>
    <w:p w14:paraId="2A54C743" w14:textId="77777777" w:rsidR="00996808" w:rsidRPr="00996808" w:rsidRDefault="00996808" w:rsidP="00996808">
      <w:pPr>
        <w:ind w:right="-285"/>
        <w:rPr>
          <w:lang w:val="ru-RU"/>
        </w:rPr>
      </w:pPr>
      <w:r w:rsidRPr="00996808">
        <w:rPr>
          <w:lang w:val="ru-RU"/>
        </w:rPr>
        <w:t>результатом заключенного договора на оказание юридической помощи и оплаты</w:t>
      </w:r>
    </w:p>
    <w:p w14:paraId="116D272A" w14:textId="77777777" w:rsidR="00996808" w:rsidRPr="00996808" w:rsidRDefault="00996808" w:rsidP="00996808">
      <w:pPr>
        <w:ind w:right="-285"/>
        <w:rPr>
          <w:lang w:val="ru-RU"/>
        </w:rPr>
      </w:pPr>
      <w:r w:rsidRPr="00996808">
        <w:rPr>
          <w:lang w:val="ru-RU"/>
        </w:rPr>
        <w:t>доверителем обусловленной договором суммы стало вынесение решений судами не в</w:t>
      </w:r>
    </w:p>
    <w:p w14:paraId="23843739" w14:textId="77777777" w:rsidR="00996808" w:rsidRPr="00996808" w:rsidRDefault="00996808" w:rsidP="00996808">
      <w:pPr>
        <w:ind w:right="-285"/>
        <w:rPr>
          <w:lang w:val="ru-RU"/>
        </w:rPr>
      </w:pPr>
      <w:r w:rsidRPr="00996808">
        <w:rPr>
          <w:lang w:val="ru-RU"/>
        </w:rPr>
        <w:t>пользу доверителя.</w:t>
      </w:r>
    </w:p>
    <w:p w14:paraId="22474BB1" w14:textId="77777777" w:rsidR="00996808" w:rsidRPr="00996808" w:rsidRDefault="00996808" w:rsidP="00996808">
      <w:pPr>
        <w:ind w:right="-285"/>
        <w:rPr>
          <w:lang w:val="ru-RU"/>
        </w:rPr>
      </w:pPr>
      <w:r w:rsidRPr="00996808">
        <w:rPr>
          <w:lang w:val="ru-RU"/>
        </w:rPr>
        <w:t>Доверитель обратился к адвокату с заявлением о предоставлении отчета, о состоянии</w:t>
      </w:r>
    </w:p>
    <w:p w14:paraId="242F91CE" w14:textId="77777777" w:rsidR="00996808" w:rsidRPr="00996808" w:rsidRDefault="00996808" w:rsidP="00996808">
      <w:pPr>
        <w:ind w:right="-285"/>
        <w:rPr>
          <w:lang w:val="ru-RU"/>
        </w:rPr>
      </w:pPr>
      <w:r w:rsidRPr="00996808">
        <w:rPr>
          <w:lang w:val="ru-RU"/>
        </w:rPr>
        <w:t>судебных дел, в которых он принимал участие, а также о возвращении ранее переданных</w:t>
      </w:r>
    </w:p>
    <w:p w14:paraId="4FF950C5" w14:textId="77777777" w:rsidR="00996808" w:rsidRPr="00996808" w:rsidRDefault="00996808" w:rsidP="00996808">
      <w:pPr>
        <w:ind w:right="-285"/>
        <w:rPr>
          <w:lang w:val="ru-RU"/>
        </w:rPr>
      </w:pPr>
      <w:r w:rsidRPr="00996808">
        <w:rPr>
          <w:lang w:val="ru-RU"/>
        </w:rPr>
        <w:t>оригиналов документов, на что адвокат Д. сообщил, что он никаких отчетов предоставлять</w:t>
      </w:r>
    </w:p>
    <w:p w14:paraId="2A9C739A" w14:textId="77777777" w:rsidR="00996808" w:rsidRPr="00996808" w:rsidRDefault="00996808" w:rsidP="00996808">
      <w:pPr>
        <w:ind w:right="-285"/>
        <w:rPr>
          <w:lang w:val="ru-RU"/>
        </w:rPr>
      </w:pPr>
      <w:r w:rsidRPr="00996808">
        <w:rPr>
          <w:lang w:val="ru-RU"/>
        </w:rPr>
        <w:t>не собирается, по причине отсутствия условия о предоставлении такого отчета в договоре,</w:t>
      </w:r>
    </w:p>
    <w:p w14:paraId="4F0BB336" w14:textId="77777777" w:rsidR="00996808" w:rsidRPr="00996808" w:rsidRDefault="00996808" w:rsidP="00996808">
      <w:pPr>
        <w:ind w:right="-285"/>
        <w:rPr>
          <w:lang w:val="ru-RU"/>
        </w:rPr>
      </w:pPr>
      <w:r w:rsidRPr="00996808">
        <w:rPr>
          <w:lang w:val="ru-RU"/>
        </w:rPr>
        <w:t>документов от заявителя он не принимал, все дела в которых адвокат учувствовал в рамках</w:t>
      </w:r>
    </w:p>
    <w:p w14:paraId="0EE6F769" w14:textId="77777777" w:rsidR="00996808" w:rsidRPr="00996808" w:rsidRDefault="00996808" w:rsidP="00996808">
      <w:pPr>
        <w:ind w:right="-285"/>
        <w:rPr>
          <w:lang w:val="ru-RU"/>
        </w:rPr>
      </w:pPr>
      <w:r w:rsidRPr="00996808">
        <w:rPr>
          <w:lang w:val="ru-RU"/>
        </w:rPr>
        <w:t>заключенного договора, рассмотрены по существу и по ними приняты решения.</w:t>
      </w:r>
    </w:p>
    <w:p w14:paraId="4DAE33FC" w14:textId="77777777" w:rsidR="00996808" w:rsidRPr="00996808" w:rsidRDefault="00996808" w:rsidP="00996808">
      <w:pPr>
        <w:ind w:right="-285"/>
        <w:rPr>
          <w:lang w:val="ru-RU"/>
        </w:rPr>
      </w:pPr>
      <w:r w:rsidRPr="00996808">
        <w:rPr>
          <w:lang w:val="ru-RU"/>
        </w:rPr>
        <w:t>В объяснения на жалобу доверителя адвокат указал, что между ними был заключен договор</w:t>
      </w:r>
    </w:p>
    <w:p w14:paraId="2F0D3745" w14:textId="77777777" w:rsidR="00996808" w:rsidRPr="00996808" w:rsidRDefault="00996808" w:rsidP="00996808">
      <w:pPr>
        <w:ind w:right="-285"/>
        <w:rPr>
          <w:lang w:val="ru-RU"/>
        </w:rPr>
      </w:pPr>
      <w:r w:rsidRPr="00996808">
        <w:rPr>
          <w:lang w:val="ru-RU"/>
        </w:rPr>
        <w:t>об оказании юридической помощи, выдана квитанция об оплате по договору, доверитель</w:t>
      </w:r>
    </w:p>
    <w:p w14:paraId="290E1B0C" w14:textId="77777777" w:rsidR="00996808" w:rsidRPr="00996808" w:rsidRDefault="00996808" w:rsidP="00996808">
      <w:pPr>
        <w:ind w:right="-285"/>
        <w:rPr>
          <w:lang w:val="ru-RU"/>
        </w:rPr>
      </w:pPr>
      <w:r w:rsidRPr="00996808">
        <w:rPr>
          <w:lang w:val="ru-RU"/>
        </w:rPr>
        <w:lastRenderedPageBreak/>
        <w:t xml:space="preserve">был информирован о всех делах, которые рассматривались </w:t>
      </w:r>
      <w:proofErr w:type="gramStart"/>
      <w:r w:rsidRPr="00996808">
        <w:rPr>
          <w:lang w:val="ru-RU"/>
        </w:rPr>
        <w:t>в Южно-Сахалинском</w:t>
      </w:r>
      <w:proofErr w:type="gramEnd"/>
    </w:p>
    <w:p w14:paraId="1D30720E" w14:textId="77777777" w:rsidR="00996808" w:rsidRPr="00996808" w:rsidRDefault="00996808" w:rsidP="00996808">
      <w:pPr>
        <w:ind w:right="-285"/>
        <w:rPr>
          <w:lang w:val="ru-RU"/>
        </w:rPr>
      </w:pPr>
      <w:r w:rsidRPr="00996808">
        <w:rPr>
          <w:lang w:val="ru-RU"/>
        </w:rPr>
        <w:t>городском суде поскольку сам участвовал в судебных процессах, находился с адвокатом</w:t>
      </w:r>
    </w:p>
    <w:p w14:paraId="66943CA1" w14:textId="77777777" w:rsidR="00996808" w:rsidRPr="00996808" w:rsidRDefault="00996808" w:rsidP="00996808">
      <w:pPr>
        <w:ind w:right="-285"/>
        <w:rPr>
          <w:lang w:val="ru-RU"/>
        </w:rPr>
      </w:pPr>
      <w:r w:rsidRPr="00996808">
        <w:rPr>
          <w:lang w:val="ru-RU"/>
        </w:rPr>
        <w:t>постоянно на связи, в том числе получал консультации при личных встречах.</w:t>
      </w:r>
    </w:p>
    <w:p w14:paraId="5FE6D982" w14:textId="77777777" w:rsidR="00996808" w:rsidRPr="00996808" w:rsidRDefault="00996808" w:rsidP="00996808">
      <w:pPr>
        <w:ind w:right="-285"/>
        <w:rPr>
          <w:lang w:val="ru-RU"/>
        </w:rPr>
      </w:pPr>
      <w:r w:rsidRPr="00996808">
        <w:rPr>
          <w:lang w:val="ru-RU"/>
        </w:rPr>
        <w:t>По всем делам он (адвокат) знакомился с материалами, участвовал во всех судебных</w:t>
      </w:r>
    </w:p>
    <w:p w14:paraId="36333515" w14:textId="77777777" w:rsidR="00996808" w:rsidRPr="00996808" w:rsidRDefault="00996808" w:rsidP="00996808">
      <w:pPr>
        <w:ind w:right="-285"/>
        <w:rPr>
          <w:lang w:val="ru-RU"/>
        </w:rPr>
      </w:pPr>
      <w:r w:rsidRPr="00996808">
        <w:rPr>
          <w:lang w:val="ru-RU"/>
        </w:rPr>
        <w:t>заседаниях, в судебных заседаниях им заявлялись ходатайства, подавалось возражение,</w:t>
      </w:r>
    </w:p>
    <w:p w14:paraId="65882CD6" w14:textId="77777777" w:rsidR="00996808" w:rsidRPr="00996808" w:rsidRDefault="00996808" w:rsidP="00996808">
      <w:pPr>
        <w:ind w:right="-285"/>
        <w:rPr>
          <w:lang w:val="ru-RU"/>
        </w:rPr>
      </w:pPr>
      <w:r w:rsidRPr="00996808">
        <w:rPr>
          <w:lang w:val="ru-RU"/>
        </w:rPr>
        <w:t>встречное исковое заявление и каких-либо претензии от заявителя не поступало, все</w:t>
      </w:r>
    </w:p>
    <w:p w14:paraId="342CEF26" w14:textId="77777777" w:rsidR="00996808" w:rsidRPr="00996808" w:rsidRDefault="00996808" w:rsidP="00996808">
      <w:pPr>
        <w:ind w:right="-285"/>
        <w:rPr>
          <w:lang w:val="ru-RU"/>
        </w:rPr>
      </w:pPr>
      <w:r w:rsidRPr="00996808">
        <w:rPr>
          <w:lang w:val="ru-RU"/>
        </w:rPr>
        <w:t xml:space="preserve">ходатайства согласовывались с заявителем, копии </w:t>
      </w:r>
      <w:proofErr w:type="gramStart"/>
      <w:r w:rsidRPr="00996808">
        <w:rPr>
          <w:lang w:val="ru-RU"/>
        </w:rPr>
        <w:t>документов</w:t>
      </w:r>
      <w:proofErr w:type="gramEnd"/>
      <w:r w:rsidRPr="00996808">
        <w:rPr>
          <w:lang w:val="ru-RU"/>
        </w:rPr>
        <w:t xml:space="preserve"> которые заявитель приносил</w:t>
      </w:r>
    </w:p>
    <w:p w14:paraId="3ADF63BD" w14:textId="77777777" w:rsidR="00996808" w:rsidRPr="00996808" w:rsidRDefault="00996808" w:rsidP="00996808">
      <w:pPr>
        <w:ind w:right="-285"/>
        <w:rPr>
          <w:lang w:val="ru-RU"/>
        </w:rPr>
      </w:pPr>
      <w:r w:rsidRPr="00996808">
        <w:rPr>
          <w:lang w:val="ru-RU"/>
        </w:rPr>
        <w:t>в суде приобщались к материалам дел.</w:t>
      </w:r>
    </w:p>
    <w:p w14:paraId="270228D2" w14:textId="77777777" w:rsidR="00996808" w:rsidRPr="00996808" w:rsidRDefault="00996808" w:rsidP="00996808">
      <w:pPr>
        <w:ind w:right="-285"/>
        <w:rPr>
          <w:lang w:val="ru-RU"/>
        </w:rPr>
      </w:pPr>
      <w:r w:rsidRPr="00996808">
        <w:rPr>
          <w:lang w:val="ru-RU"/>
        </w:rPr>
        <w:t>О состоявшихся судебных решениях доверитель знал, так как сам участвовал в судебных</w:t>
      </w:r>
    </w:p>
    <w:p w14:paraId="18E4CDFE" w14:textId="77777777" w:rsidR="00996808" w:rsidRPr="00996808" w:rsidRDefault="00996808" w:rsidP="00996808">
      <w:pPr>
        <w:ind w:right="-285"/>
        <w:rPr>
          <w:lang w:val="ru-RU"/>
        </w:rPr>
      </w:pPr>
      <w:r w:rsidRPr="00996808">
        <w:rPr>
          <w:lang w:val="ru-RU"/>
        </w:rPr>
        <w:t>заседаниях, получал копии решений, оригиналы документов заявитель адвокату не</w:t>
      </w:r>
    </w:p>
    <w:p w14:paraId="1CBF4A9D" w14:textId="77777777" w:rsidR="00996808" w:rsidRPr="00996808" w:rsidRDefault="00996808" w:rsidP="00996808">
      <w:pPr>
        <w:ind w:right="-285"/>
        <w:rPr>
          <w:lang w:val="ru-RU"/>
        </w:rPr>
      </w:pPr>
      <w:r w:rsidRPr="00996808">
        <w:rPr>
          <w:lang w:val="ru-RU"/>
        </w:rPr>
        <w:t>предоставлял, а делал с них копии.</w:t>
      </w:r>
    </w:p>
    <w:p w14:paraId="719E2B7E" w14:textId="77777777" w:rsidR="00996808" w:rsidRPr="00996808" w:rsidRDefault="00996808" w:rsidP="00996808">
      <w:pPr>
        <w:ind w:right="-285"/>
        <w:rPr>
          <w:lang w:val="ru-RU"/>
        </w:rPr>
      </w:pPr>
      <w:r w:rsidRPr="00996808">
        <w:rPr>
          <w:lang w:val="ru-RU"/>
        </w:rPr>
        <w:t>Адвокат подтвердил, что получил от заявителя заявление, в котором он просил расторгнуть</w:t>
      </w:r>
    </w:p>
    <w:p w14:paraId="5BF78565" w14:textId="77777777" w:rsidR="00996808" w:rsidRPr="00996808" w:rsidRDefault="00996808" w:rsidP="00996808">
      <w:pPr>
        <w:ind w:right="-285"/>
        <w:rPr>
          <w:lang w:val="ru-RU"/>
        </w:rPr>
      </w:pPr>
      <w:r w:rsidRPr="00996808">
        <w:rPr>
          <w:lang w:val="ru-RU"/>
        </w:rPr>
        <w:t>договор, вернуть ему документы и предоставить отчет о проделанной работе.</w:t>
      </w:r>
    </w:p>
    <w:p w14:paraId="41C560DD" w14:textId="77777777" w:rsidR="00996808" w:rsidRPr="00996808" w:rsidRDefault="00996808" w:rsidP="00996808">
      <w:pPr>
        <w:ind w:right="-285"/>
        <w:rPr>
          <w:lang w:val="ru-RU"/>
        </w:rPr>
      </w:pPr>
      <w:r w:rsidRPr="00996808">
        <w:rPr>
          <w:lang w:val="ru-RU"/>
        </w:rPr>
        <w:t>Оценив обстоятельства дисциплинарного производства, Квалификационная комиссия, с</w:t>
      </w:r>
    </w:p>
    <w:p w14:paraId="4C21CAB6" w14:textId="77777777" w:rsidR="00996808" w:rsidRPr="00996808" w:rsidRDefault="00996808" w:rsidP="00996808">
      <w:pPr>
        <w:ind w:right="-285"/>
        <w:rPr>
          <w:lang w:val="ru-RU"/>
        </w:rPr>
      </w:pPr>
      <w:r w:rsidRPr="00996808">
        <w:rPr>
          <w:lang w:val="ru-RU"/>
        </w:rPr>
        <w:t>учетом полученных в ходе разбирательства фактических данных пришла к мнению, что</w:t>
      </w:r>
    </w:p>
    <w:p w14:paraId="476A8C72" w14:textId="77777777" w:rsidR="00996808" w:rsidRPr="00996808" w:rsidRDefault="00996808" w:rsidP="00996808">
      <w:pPr>
        <w:ind w:right="-285"/>
        <w:rPr>
          <w:lang w:val="ru-RU"/>
        </w:rPr>
      </w:pPr>
      <w:r w:rsidRPr="00996808">
        <w:rPr>
          <w:lang w:val="ru-RU"/>
        </w:rPr>
        <w:t>дисциплинарное производство подлежит частичному прекращению в связи с отсутствием в</w:t>
      </w:r>
    </w:p>
    <w:p w14:paraId="5D9AD392" w14:textId="77777777" w:rsidR="00996808" w:rsidRPr="00996808" w:rsidRDefault="00996808" w:rsidP="00996808">
      <w:pPr>
        <w:ind w:right="-285"/>
        <w:rPr>
          <w:lang w:val="ru-RU"/>
        </w:rPr>
      </w:pPr>
      <w:r w:rsidRPr="00996808">
        <w:rPr>
          <w:lang w:val="ru-RU"/>
        </w:rPr>
        <w:t>Обзор дисциплинарной практики 2025/2026</w:t>
      </w:r>
    </w:p>
    <w:p w14:paraId="17B35FEF" w14:textId="77777777" w:rsidR="00996808" w:rsidRPr="00996808" w:rsidRDefault="00996808" w:rsidP="00996808">
      <w:pPr>
        <w:ind w:right="-285"/>
        <w:rPr>
          <w:lang w:val="ru-RU"/>
        </w:rPr>
      </w:pPr>
      <w:r w:rsidRPr="00996808">
        <w:rPr>
          <w:lang w:val="ru-RU"/>
        </w:rPr>
        <w:t>3</w:t>
      </w:r>
    </w:p>
    <w:p w14:paraId="577409C6" w14:textId="77777777" w:rsidR="00996808" w:rsidRPr="00996808" w:rsidRDefault="00996808" w:rsidP="00996808">
      <w:pPr>
        <w:ind w:right="-285"/>
        <w:rPr>
          <w:lang w:val="ru-RU"/>
        </w:rPr>
      </w:pPr>
      <w:r w:rsidRPr="00996808">
        <w:rPr>
          <w:lang w:val="ru-RU"/>
        </w:rPr>
        <w:t>действиях (бездействии) адвоката в части предъявленных нарушений норм</w:t>
      </w:r>
    </w:p>
    <w:p w14:paraId="19A7C261" w14:textId="77777777" w:rsidR="00996808" w:rsidRPr="00996808" w:rsidRDefault="00996808" w:rsidP="00996808">
      <w:pPr>
        <w:ind w:right="-285"/>
        <w:rPr>
          <w:lang w:val="ru-RU"/>
        </w:rPr>
      </w:pPr>
      <w:r w:rsidRPr="00996808">
        <w:rPr>
          <w:lang w:val="ru-RU"/>
        </w:rPr>
        <w:t>законодательства об адвокатской деятельности и адвокатуре.</w:t>
      </w:r>
    </w:p>
    <w:p w14:paraId="53D8C7B9" w14:textId="77777777" w:rsidR="00996808" w:rsidRPr="00996808" w:rsidRDefault="00996808" w:rsidP="00996808">
      <w:pPr>
        <w:ind w:right="-285"/>
        <w:rPr>
          <w:lang w:val="ru-RU"/>
        </w:rPr>
      </w:pPr>
      <w:r w:rsidRPr="00996808">
        <w:rPr>
          <w:lang w:val="ru-RU"/>
        </w:rPr>
        <w:t>Так, заявителем были выдвинуты в отношении адвоката дисциплинарные обвинения в</w:t>
      </w:r>
    </w:p>
    <w:p w14:paraId="3E72DECC" w14:textId="77777777" w:rsidR="00996808" w:rsidRPr="00996808" w:rsidRDefault="00996808" w:rsidP="00996808">
      <w:pPr>
        <w:ind w:right="-285"/>
        <w:rPr>
          <w:lang w:val="ru-RU"/>
        </w:rPr>
      </w:pPr>
      <w:r w:rsidRPr="00996808">
        <w:rPr>
          <w:lang w:val="ru-RU"/>
        </w:rPr>
        <w:t>невыполнением адвокатом в полном объеме взятых на себя обязательства,</w:t>
      </w:r>
    </w:p>
    <w:p w14:paraId="57DA02BD" w14:textId="77777777" w:rsidR="00996808" w:rsidRPr="00996808" w:rsidRDefault="00996808" w:rsidP="00996808">
      <w:pPr>
        <w:ind w:right="-285"/>
        <w:rPr>
          <w:lang w:val="ru-RU"/>
        </w:rPr>
      </w:pPr>
      <w:r w:rsidRPr="00996808">
        <w:rPr>
          <w:lang w:val="ru-RU"/>
        </w:rPr>
        <w:t>предусмотренных условиями договора, отсутствием положительного результата, не</w:t>
      </w:r>
    </w:p>
    <w:p w14:paraId="61A7E333" w14:textId="77777777" w:rsidR="00996808" w:rsidRPr="00996808" w:rsidRDefault="00996808" w:rsidP="00996808">
      <w:pPr>
        <w:ind w:right="-285"/>
        <w:rPr>
          <w:lang w:val="ru-RU"/>
        </w:rPr>
      </w:pPr>
      <w:r w:rsidRPr="00996808">
        <w:rPr>
          <w:lang w:val="ru-RU"/>
        </w:rPr>
        <w:t>информированием заявителя о ходе судебных процессов, ухудшением его положения</w:t>
      </w:r>
    </w:p>
    <w:p w14:paraId="00C413DE" w14:textId="77777777" w:rsidR="00996808" w:rsidRPr="00996808" w:rsidRDefault="00996808" w:rsidP="00996808">
      <w:pPr>
        <w:ind w:right="-285"/>
        <w:rPr>
          <w:lang w:val="ru-RU"/>
        </w:rPr>
      </w:pPr>
      <w:r w:rsidRPr="00996808">
        <w:rPr>
          <w:lang w:val="ru-RU"/>
        </w:rPr>
        <w:t>относительно того, которое могло быть если бы он согласился на условия процессуального</w:t>
      </w:r>
    </w:p>
    <w:p w14:paraId="7D3AD42E" w14:textId="77777777" w:rsidR="00996808" w:rsidRPr="00996808" w:rsidRDefault="00996808" w:rsidP="00996808">
      <w:pPr>
        <w:ind w:right="-285"/>
        <w:rPr>
          <w:lang w:val="ru-RU"/>
        </w:rPr>
      </w:pPr>
      <w:r w:rsidRPr="00996808">
        <w:rPr>
          <w:lang w:val="ru-RU"/>
        </w:rPr>
        <w:t>оппонента, составлением адвокатом единственного документа (возражений относительно</w:t>
      </w:r>
    </w:p>
    <w:p w14:paraId="54EAF32E" w14:textId="77777777" w:rsidR="00996808" w:rsidRPr="00996808" w:rsidRDefault="00996808" w:rsidP="00996808">
      <w:pPr>
        <w:ind w:right="-285"/>
        <w:rPr>
          <w:lang w:val="ru-RU"/>
        </w:rPr>
      </w:pPr>
      <w:r w:rsidRPr="00996808">
        <w:rPr>
          <w:lang w:val="ru-RU"/>
        </w:rPr>
        <w:t xml:space="preserve">исковых требований) по одному </w:t>
      </w:r>
      <w:proofErr w:type="gramStart"/>
      <w:r w:rsidRPr="00996808">
        <w:rPr>
          <w:lang w:val="ru-RU"/>
        </w:rPr>
        <w:t>из судебных производств</w:t>
      </w:r>
      <w:proofErr w:type="gramEnd"/>
      <w:r w:rsidRPr="00996808">
        <w:rPr>
          <w:lang w:val="ru-RU"/>
        </w:rPr>
        <w:t xml:space="preserve"> охваченных предметом договора,</w:t>
      </w:r>
    </w:p>
    <w:p w14:paraId="54800480" w14:textId="77777777" w:rsidR="00996808" w:rsidRPr="00996808" w:rsidRDefault="00996808" w:rsidP="00996808">
      <w:pPr>
        <w:ind w:right="-285"/>
        <w:rPr>
          <w:lang w:val="ru-RU"/>
        </w:rPr>
      </w:pPr>
      <w:r w:rsidRPr="00996808">
        <w:rPr>
          <w:lang w:val="ru-RU"/>
        </w:rPr>
        <w:t>а также отказа в предоставлении отчета.</w:t>
      </w:r>
    </w:p>
    <w:p w14:paraId="4E3985B4" w14:textId="77777777" w:rsidR="00996808" w:rsidRPr="00996808" w:rsidRDefault="00996808" w:rsidP="00996808">
      <w:pPr>
        <w:ind w:right="-285"/>
        <w:rPr>
          <w:lang w:val="ru-RU"/>
        </w:rPr>
      </w:pPr>
      <w:r w:rsidRPr="00996808">
        <w:rPr>
          <w:lang w:val="ru-RU"/>
        </w:rPr>
        <w:t>Из материалов дисциплинарного дела следовало, что на основании заключенного договора</w:t>
      </w:r>
    </w:p>
    <w:p w14:paraId="0FCB371D" w14:textId="77777777" w:rsidR="00996808" w:rsidRPr="00996808" w:rsidRDefault="00996808" w:rsidP="00996808">
      <w:pPr>
        <w:ind w:right="-285"/>
        <w:rPr>
          <w:lang w:val="ru-RU"/>
        </w:rPr>
      </w:pPr>
      <w:r w:rsidRPr="00996808">
        <w:rPr>
          <w:lang w:val="ru-RU"/>
        </w:rPr>
        <w:t>адвокат оказывал юридическую помощь заявителю в Южно-Сахалинском городском суде</w:t>
      </w:r>
    </w:p>
    <w:p w14:paraId="020E1C85" w14:textId="77777777" w:rsidR="00996808" w:rsidRPr="00996808" w:rsidRDefault="00996808" w:rsidP="00996808">
      <w:pPr>
        <w:ind w:right="-285"/>
        <w:rPr>
          <w:lang w:val="ru-RU"/>
        </w:rPr>
      </w:pPr>
      <w:r w:rsidRPr="00996808">
        <w:rPr>
          <w:lang w:val="ru-RU"/>
        </w:rPr>
        <w:t>Сахалинской области в рамках гражданских судопроизводств № 2-0000/0000, № 2-</w:t>
      </w:r>
    </w:p>
    <w:p w14:paraId="7268CAA4" w14:textId="77777777" w:rsidR="00996808" w:rsidRPr="00996808" w:rsidRDefault="00996808" w:rsidP="00996808">
      <w:pPr>
        <w:ind w:right="-285"/>
        <w:rPr>
          <w:lang w:val="ru-RU"/>
        </w:rPr>
      </w:pPr>
      <w:r w:rsidRPr="00996808">
        <w:rPr>
          <w:lang w:val="ru-RU"/>
        </w:rPr>
        <w:t>1111/0000 и 2-2222/0000.</w:t>
      </w:r>
    </w:p>
    <w:p w14:paraId="3932FBDA" w14:textId="77777777" w:rsidR="00996808" w:rsidRPr="00996808" w:rsidRDefault="00996808" w:rsidP="00996808">
      <w:pPr>
        <w:ind w:right="-285"/>
        <w:rPr>
          <w:lang w:val="ru-RU"/>
        </w:rPr>
      </w:pPr>
      <w:r w:rsidRPr="00996808">
        <w:rPr>
          <w:lang w:val="ru-RU"/>
        </w:rPr>
        <w:t>Адвокат в своих объяснениях указал, что в ходе оказания юридической помощи им</w:t>
      </w:r>
    </w:p>
    <w:p w14:paraId="73F4B7C7" w14:textId="77777777" w:rsidR="00996808" w:rsidRPr="00996808" w:rsidRDefault="00996808" w:rsidP="00996808">
      <w:pPr>
        <w:ind w:right="-285"/>
        <w:rPr>
          <w:lang w:val="ru-RU"/>
        </w:rPr>
      </w:pPr>
      <w:r w:rsidRPr="00996808">
        <w:rPr>
          <w:lang w:val="ru-RU"/>
        </w:rPr>
        <w:t>заявлялись ходатайства, подавались возражения, встречное исковое заявление, в</w:t>
      </w:r>
    </w:p>
    <w:p w14:paraId="0E3B487A" w14:textId="77777777" w:rsidR="00996808" w:rsidRPr="00996808" w:rsidRDefault="00996808" w:rsidP="00996808">
      <w:pPr>
        <w:ind w:right="-285"/>
        <w:rPr>
          <w:lang w:val="ru-RU"/>
        </w:rPr>
      </w:pPr>
      <w:r w:rsidRPr="00996808">
        <w:rPr>
          <w:lang w:val="ru-RU"/>
        </w:rPr>
        <w:t>подтверждение чего были приобщены судебные акты Южно-Сахалинского городского</w:t>
      </w:r>
    </w:p>
    <w:p w14:paraId="13583B7A" w14:textId="77777777" w:rsidR="00996808" w:rsidRPr="00996808" w:rsidRDefault="00996808" w:rsidP="00996808">
      <w:pPr>
        <w:ind w:right="-285"/>
        <w:rPr>
          <w:lang w:val="ru-RU"/>
        </w:rPr>
      </w:pPr>
      <w:r w:rsidRPr="00996808">
        <w:rPr>
          <w:lang w:val="ru-RU"/>
        </w:rPr>
        <w:lastRenderedPageBreak/>
        <w:t>суда, а также встречное заявление об определении места жительства ребенка и взыскании</w:t>
      </w:r>
    </w:p>
    <w:p w14:paraId="3AEE71EA" w14:textId="77777777" w:rsidR="00996808" w:rsidRPr="00996808" w:rsidRDefault="00996808" w:rsidP="00996808">
      <w:pPr>
        <w:ind w:right="-285"/>
        <w:rPr>
          <w:lang w:val="ru-RU"/>
        </w:rPr>
      </w:pPr>
      <w:r w:rsidRPr="00996808">
        <w:rPr>
          <w:lang w:val="ru-RU"/>
        </w:rPr>
        <w:t>алиментов, в подтверждение чего приобщил определение Южно-Сахалинского городского</w:t>
      </w:r>
    </w:p>
    <w:p w14:paraId="6894F97E" w14:textId="77777777" w:rsidR="00996808" w:rsidRPr="00996808" w:rsidRDefault="00996808" w:rsidP="00996808">
      <w:pPr>
        <w:ind w:right="-285"/>
        <w:rPr>
          <w:lang w:val="ru-RU"/>
        </w:rPr>
      </w:pPr>
      <w:r w:rsidRPr="00996808">
        <w:rPr>
          <w:lang w:val="ru-RU"/>
        </w:rPr>
        <w:t>суда Сахалинской области от 00.00.0000 по делу № 2-0000/0000 (об отказе в принятии</w:t>
      </w:r>
    </w:p>
    <w:p w14:paraId="36344EA9" w14:textId="77777777" w:rsidR="00996808" w:rsidRPr="00996808" w:rsidRDefault="00996808" w:rsidP="00996808">
      <w:pPr>
        <w:ind w:right="-285"/>
        <w:rPr>
          <w:lang w:val="ru-RU"/>
        </w:rPr>
      </w:pPr>
      <w:r w:rsidRPr="00996808">
        <w:rPr>
          <w:lang w:val="ru-RU"/>
        </w:rPr>
        <w:t>встречного иска).</w:t>
      </w:r>
    </w:p>
    <w:p w14:paraId="0FBA74DA" w14:textId="77777777" w:rsidR="00996808" w:rsidRPr="00996808" w:rsidRDefault="00996808" w:rsidP="00996808">
      <w:pPr>
        <w:ind w:right="-285"/>
        <w:rPr>
          <w:lang w:val="ru-RU"/>
        </w:rPr>
      </w:pPr>
      <w:r w:rsidRPr="00996808">
        <w:rPr>
          <w:lang w:val="ru-RU"/>
        </w:rPr>
        <w:t>В ходе рассмотрения дисциплинарного производства адвокат поддержал свои объяснения,</w:t>
      </w:r>
    </w:p>
    <w:p w14:paraId="7F217F4C" w14:textId="77777777" w:rsidR="00996808" w:rsidRPr="00996808" w:rsidRDefault="00996808" w:rsidP="00996808">
      <w:pPr>
        <w:ind w:right="-285"/>
        <w:rPr>
          <w:lang w:val="ru-RU"/>
        </w:rPr>
      </w:pPr>
      <w:r w:rsidRPr="00996808">
        <w:rPr>
          <w:lang w:val="ru-RU"/>
        </w:rPr>
        <w:t>не согласился с предъявленными дисциплинарными обвинениями и приобщил заверенное</w:t>
      </w:r>
    </w:p>
    <w:p w14:paraId="431D77FA" w14:textId="77777777" w:rsidR="00996808" w:rsidRPr="00996808" w:rsidRDefault="00996808" w:rsidP="00996808">
      <w:pPr>
        <w:ind w:right="-285"/>
        <w:rPr>
          <w:lang w:val="ru-RU"/>
        </w:rPr>
      </w:pPr>
      <w:r w:rsidRPr="00996808">
        <w:rPr>
          <w:lang w:val="ru-RU"/>
        </w:rPr>
        <w:t>судом копию определения Южно-Сахалинского городского суда Сахалинской области от</w:t>
      </w:r>
    </w:p>
    <w:p w14:paraId="5C9084EA" w14:textId="77777777" w:rsidR="00996808" w:rsidRPr="00996808" w:rsidRDefault="00996808" w:rsidP="00996808">
      <w:pPr>
        <w:ind w:right="-285"/>
        <w:rPr>
          <w:lang w:val="ru-RU"/>
        </w:rPr>
      </w:pPr>
      <w:r w:rsidRPr="00996808">
        <w:rPr>
          <w:lang w:val="ru-RU"/>
        </w:rPr>
        <w:t>00.00.0000 по делу 2-0000/0000 о принятии искового заявления доверителя к адвокату о</w:t>
      </w:r>
    </w:p>
    <w:p w14:paraId="2F47EFB5" w14:textId="77777777" w:rsidR="00996808" w:rsidRPr="00996808" w:rsidRDefault="00996808" w:rsidP="00996808">
      <w:pPr>
        <w:ind w:right="-285"/>
        <w:rPr>
          <w:lang w:val="ru-RU"/>
        </w:rPr>
      </w:pPr>
      <w:r w:rsidRPr="00996808">
        <w:rPr>
          <w:lang w:val="ru-RU"/>
        </w:rPr>
        <w:t xml:space="preserve">взыскании </w:t>
      </w:r>
      <w:proofErr w:type="gramStart"/>
      <w:r w:rsidRPr="00996808">
        <w:rPr>
          <w:lang w:val="ru-RU"/>
        </w:rPr>
        <w:t>денежных средств</w:t>
      </w:r>
      <w:proofErr w:type="gramEnd"/>
      <w:r w:rsidRPr="00996808">
        <w:rPr>
          <w:lang w:val="ru-RU"/>
        </w:rPr>
        <w:t xml:space="preserve"> уплаченных по договору, компенсации морального вреда,</w:t>
      </w:r>
    </w:p>
    <w:p w14:paraId="75C3BF67" w14:textId="77777777" w:rsidR="00996808" w:rsidRPr="00996808" w:rsidRDefault="00996808" w:rsidP="00996808">
      <w:pPr>
        <w:ind w:right="-285"/>
        <w:rPr>
          <w:lang w:val="ru-RU"/>
        </w:rPr>
      </w:pPr>
      <w:r w:rsidRPr="00996808">
        <w:rPr>
          <w:lang w:val="ru-RU"/>
        </w:rPr>
        <w:t>расходов по оплате государственной пошлины.</w:t>
      </w:r>
    </w:p>
    <w:p w14:paraId="7192CBA6" w14:textId="77777777" w:rsidR="00996808" w:rsidRPr="00996808" w:rsidRDefault="00996808" w:rsidP="00996808">
      <w:pPr>
        <w:ind w:right="-285"/>
        <w:rPr>
          <w:lang w:val="ru-RU"/>
        </w:rPr>
      </w:pPr>
      <w:proofErr w:type="gramStart"/>
      <w:r w:rsidRPr="00996808">
        <w:rPr>
          <w:lang w:val="ru-RU"/>
        </w:rPr>
        <w:t>Между тем, несмотря на то, что</w:t>
      </w:r>
      <w:proofErr w:type="gramEnd"/>
      <w:r w:rsidRPr="00996808">
        <w:rPr>
          <w:lang w:val="ru-RU"/>
        </w:rPr>
        <w:t xml:space="preserve"> спор о качестве оказанной адвокатом юридической помощи</w:t>
      </w:r>
    </w:p>
    <w:p w14:paraId="279B9B76" w14:textId="77777777" w:rsidR="00996808" w:rsidRPr="00996808" w:rsidRDefault="00996808" w:rsidP="00996808">
      <w:pPr>
        <w:ind w:right="-285"/>
        <w:rPr>
          <w:lang w:val="ru-RU"/>
        </w:rPr>
      </w:pPr>
      <w:r w:rsidRPr="00996808">
        <w:rPr>
          <w:lang w:val="ru-RU"/>
        </w:rPr>
        <w:t>стал предметом судебного разбирательства, Квалификационная комиссия сочла</w:t>
      </w:r>
    </w:p>
    <w:p w14:paraId="17A7D6F6" w14:textId="77777777" w:rsidR="00996808" w:rsidRPr="00996808" w:rsidRDefault="00996808" w:rsidP="00996808">
      <w:pPr>
        <w:ind w:right="-285"/>
        <w:rPr>
          <w:lang w:val="ru-RU"/>
        </w:rPr>
      </w:pPr>
      <w:r w:rsidRPr="00996808">
        <w:rPr>
          <w:lang w:val="ru-RU"/>
        </w:rPr>
        <w:t>необходимым дать оценку в данной части дисциплинарного обвинения.</w:t>
      </w:r>
    </w:p>
    <w:p w14:paraId="1CEE4DB9" w14:textId="77777777" w:rsidR="00996808" w:rsidRPr="00996808" w:rsidRDefault="00996808" w:rsidP="00996808">
      <w:pPr>
        <w:ind w:right="-285"/>
        <w:rPr>
          <w:lang w:val="ru-RU"/>
        </w:rPr>
      </w:pPr>
      <w:r w:rsidRPr="00996808">
        <w:rPr>
          <w:lang w:val="ru-RU"/>
        </w:rPr>
        <w:t>Так, Квалификационная комиссия отметила, что безотносительно доказанности или</w:t>
      </w:r>
    </w:p>
    <w:p w14:paraId="7D286814" w14:textId="77777777" w:rsidR="00996808" w:rsidRPr="00996808" w:rsidRDefault="00996808" w:rsidP="00996808">
      <w:pPr>
        <w:ind w:right="-285"/>
        <w:rPr>
          <w:lang w:val="ru-RU"/>
        </w:rPr>
      </w:pPr>
      <w:r w:rsidRPr="00996808">
        <w:rPr>
          <w:lang w:val="ru-RU"/>
        </w:rPr>
        <w:t>недоказанности факта необходимости подготовки адвокатом для заявителя проектов каких-</w:t>
      </w:r>
    </w:p>
    <w:p w14:paraId="122DB81C" w14:textId="77777777" w:rsidR="00996808" w:rsidRPr="00996808" w:rsidRDefault="00996808" w:rsidP="00996808">
      <w:pPr>
        <w:ind w:right="-285"/>
        <w:rPr>
          <w:lang w:val="ru-RU"/>
        </w:rPr>
      </w:pPr>
      <w:r w:rsidRPr="00996808">
        <w:rPr>
          <w:lang w:val="ru-RU"/>
        </w:rPr>
        <w:t>либо ходатайств, возражений, действующее гражданское процессуальное право, а равно</w:t>
      </w:r>
    </w:p>
    <w:p w14:paraId="7EFCD2C6" w14:textId="77777777" w:rsidR="00996808" w:rsidRPr="00996808" w:rsidRDefault="00996808" w:rsidP="00996808">
      <w:pPr>
        <w:ind w:right="-285"/>
        <w:rPr>
          <w:lang w:val="ru-RU"/>
        </w:rPr>
      </w:pPr>
      <w:r w:rsidRPr="00996808">
        <w:rPr>
          <w:lang w:val="ru-RU"/>
        </w:rPr>
        <w:t>какие-либо иные положения законодательства Российской Федерации не содержат запрета</w:t>
      </w:r>
    </w:p>
    <w:p w14:paraId="442EF682" w14:textId="77777777" w:rsidR="00996808" w:rsidRPr="00996808" w:rsidRDefault="00996808" w:rsidP="00996808">
      <w:pPr>
        <w:ind w:right="-285"/>
        <w:rPr>
          <w:lang w:val="ru-RU"/>
        </w:rPr>
      </w:pPr>
      <w:r w:rsidRPr="00996808">
        <w:rPr>
          <w:lang w:val="ru-RU"/>
        </w:rPr>
        <w:t>на совершение подобных действий адвокатом-представителем, тем более в том случае, если</w:t>
      </w:r>
    </w:p>
    <w:p w14:paraId="58B3A760" w14:textId="77777777" w:rsidR="00996808" w:rsidRPr="00996808" w:rsidRDefault="00996808" w:rsidP="00996808">
      <w:pPr>
        <w:ind w:right="-285"/>
        <w:rPr>
          <w:lang w:val="ru-RU"/>
        </w:rPr>
      </w:pPr>
      <w:r w:rsidRPr="00996808">
        <w:rPr>
          <w:lang w:val="ru-RU"/>
        </w:rPr>
        <w:t>сами доверители не только не возражают против таких действий, а, напротив, полностью</w:t>
      </w:r>
    </w:p>
    <w:p w14:paraId="7F28F905" w14:textId="77777777" w:rsidR="00996808" w:rsidRPr="00996808" w:rsidRDefault="00996808" w:rsidP="00996808">
      <w:pPr>
        <w:ind w:right="-285"/>
        <w:rPr>
          <w:lang w:val="ru-RU"/>
        </w:rPr>
      </w:pPr>
      <w:r w:rsidRPr="00996808">
        <w:rPr>
          <w:lang w:val="ru-RU"/>
        </w:rPr>
        <w:t>их одобряют и поддерживают.</w:t>
      </w:r>
    </w:p>
    <w:p w14:paraId="61E62B47" w14:textId="77777777" w:rsidR="00996808" w:rsidRPr="00996808" w:rsidRDefault="00996808" w:rsidP="00996808">
      <w:pPr>
        <w:ind w:right="-285"/>
        <w:rPr>
          <w:lang w:val="ru-RU"/>
        </w:rPr>
      </w:pPr>
      <w:r w:rsidRPr="00996808">
        <w:rPr>
          <w:lang w:val="ru-RU"/>
        </w:rPr>
        <w:t>Согласно представленных с материалы дисциплинарного производства судебных актов</w:t>
      </w:r>
    </w:p>
    <w:p w14:paraId="56172360" w14:textId="77777777" w:rsidR="00996808" w:rsidRPr="00996808" w:rsidRDefault="00996808" w:rsidP="00996808">
      <w:pPr>
        <w:ind w:right="-285"/>
        <w:rPr>
          <w:lang w:val="ru-RU"/>
        </w:rPr>
      </w:pPr>
      <w:r w:rsidRPr="00996808">
        <w:rPr>
          <w:lang w:val="ru-RU"/>
        </w:rPr>
        <w:t>(решения) по гражданским делам, они были рассмотрены с участием заявителя, который,</w:t>
      </w:r>
    </w:p>
    <w:p w14:paraId="50B4F8E2" w14:textId="77777777" w:rsidR="00996808" w:rsidRPr="00996808" w:rsidRDefault="00996808" w:rsidP="00996808">
      <w:pPr>
        <w:ind w:right="-285"/>
        <w:rPr>
          <w:lang w:val="ru-RU"/>
        </w:rPr>
      </w:pPr>
      <w:r w:rsidRPr="00996808">
        <w:rPr>
          <w:lang w:val="ru-RU"/>
        </w:rPr>
        <w:t>был согласен на тактику ведения работы адвоката по делу.</w:t>
      </w:r>
    </w:p>
    <w:p w14:paraId="49BCDC3B" w14:textId="77777777" w:rsidR="00996808" w:rsidRPr="00996808" w:rsidRDefault="00996808" w:rsidP="00996808">
      <w:pPr>
        <w:ind w:right="-285"/>
        <w:rPr>
          <w:lang w:val="ru-RU"/>
        </w:rPr>
      </w:pPr>
      <w:r w:rsidRPr="00996808">
        <w:rPr>
          <w:lang w:val="ru-RU"/>
        </w:rPr>
        <w:t>В связи с чем Квалификационная комиссии обратила внимание на то, что органы</w:t>
      </w:r>
    </w:p>
    <w:p w14:paraId="6D598D03" w14:textId="77777777" w:rsidR="00996808" w:rsidRPr="00996808" w:rsidRDefault="00996808" w:rsidP="00996808">
      <w:pPr>
        <w:ind w:right="-285"/>
        <w:rPr>
          <w:lang w:val="ru-RU"/>
        </w:rPr>
      </w:pPr>
      <w:r w:rsidRPr="00996808">
        <w:rPr>
          <w:lang w:val="ru-RU"/>
        </w:rPr>
        <w:t>адвокатского самоуправления не считают для себя допустимым вмешиваться в вопросы</w:t>
      </w:r>
    </w:p>
    <w:p w14:paraId="1F83942B" w14:textId="77777777" w:rsidR="00996808" w:rsidRPr="00996808" w:rsidRDefault="00996808" w:rsidP="00996808">
      <w:pPr>
        <w:ind w:right="-285"/>
        <w:rPr>
          <w:lang w:val="ru-RU"/>
        </w:rPr>
      </w:pPr>
      <w:r w:rsidRPr="00996808">
        <w:rPr>
          <w:lang w:val="ru-RU"/>
        </w:rPr>
        <w:t xml:space="preserve">определения адвокатом тактики защиты (работы по делу), поскольку адвокат </w:t>
      </w:r>
      <w:proofErr w:type="gramStart"/>
      <w:r w:rsidRPr="00996808">
        <w:rPr>
          <w:lang w:val="ru-RU"/>
        </w:rPr>
        <w:t>по своему</w:t>
      </w:r>
      <w:proofErr w:type="gramEnd"/>
    </w:p>
    <w:p w14:paraId="15D7F4A4" w14:textId="77777777" w:rsidR="00996808" w:rsidRPr="00996808" w:rsidRDefault="00996808" w:rsidP="00996808">
      <w:pPr>
        <w:ind w:right="-285"/>
        <w:rPr>
          <w:lang w:val="ru-RU"/>
        </w:rPr>
      </w:pPr>
      <w:r w:rsidRPr="00996808">
        <w:rPr>
          <w:lang w:val="ru-RU"/>
        </w:rPr>
        <w:t>статусу, закрепленному законодательно (п. 1 ст. 2 Федерального закона «Об адвокатской</w:t>
      </w:r>
    </w:p>
    <w:p w14:paraId="18D0E1D7" w14:textId="77777777" w:rsidR="00996808" w:rsidRPr="00996808" w:rsidRDefault="00996808" w:rsidP="00996808">
      <w:pPr>
        <w:ind w:right="-285"/>
        <w:rPr>
          <w:lang w:val="ru-RU"/>
        </w:rPr>
      </w:pPr>
      <w:r w:rsidRPr="00996808">
        <w:rPr>
          <w:lang w:val="ru-RU"/>
        </w:rPr>
        <w:t>Обзор дисциплинарной практики 2025/2026</w:t>
      </w:r>
    </w:p>
    <w:p w14:paraId="2074B9AB" w14:textId="77777777" w:rsidR="00996808" w:rsidRPr="00996808" w:rsidRDefault="00996808" w:rsidP="00996808">
      <w:pPr>
        <w:ind w:right="-285"/>
        <w:rPr>
          <w:lang w:val="ru-RU"/>
        </w:rPr>
      </w:pPr>
      <w:r w:rsidRPr="00996808">
        <w:rPr>
          <w:lang w:val="ru-RU"/>
        </w:rPr>
        <w:t>4</w:t>
      </w:r>
    </w:p>
    <w:p w14:paraId="39039051" w14:textId="77777777" w:rsidR="00996808" w:rsidRPr="00996808" w:rsidRDefault="00996808" w:rsidP="00996808">
      <w:pPr>
        <w:ind w:right="-285"/>
        <w:rPr>
          <w:lang w:val="ru-RU"/>
        </w:rPr>
      </w:pPr>
      <w:r w:rsidRPr="00996808">
        <w:rPr>
          <w:lang w:val="ru-RU"/>
        </w:rPr>
        <w:t>деятельности и адвокатуре в Российской Федерации»), является независимым</w:t>
      </w:r>
    </w:p>
    <w:p w14:paraId="58C439EF" w14:textId="77777777" w:rsidR="00996808" w:rsidRPr="00996808" w:rsidRDefault="00996808" w:rsidP="00996808">
      <w:pPr>
        <w:ind w:right="-285"/>
        <w:rPr>
          <w:lang w:val="ru-RU"/>
        </w:rPr>
      </w:pPr>
      <w:r w:rsidRPr="00996808">
        <w:rPr>
          <w:lang w:val="ru-RU"/>
        </w:rPr>
        <w:t>профессиональным советником по правовым вопросам.</w:t>
      </w:r>
    </w:p>
    <w:p w14:paraId="7AEF5CBD" w14:textId="77777777" w:rsidR="00996808" w:rsidRPr="00996808" w:rsidRDefault="00996808" w:rsidP="00996808">
      <w:pPr>
        <w:ind w:right="-285"/>
        <w:rPr>
          <w:lang w:val="ru-RU"/>
        </w:rPr>
      </w:pPr>
      <w:r w:rsidRPr="00996808">
        <w:rPr>
          <w:lang w:val="ru-RU"/>
        </w:rPr>
        <w:t>В силу этого адвокат самостоятельно определяет тот круг юридически значимых действий,</w:t>
      </w:r>
    </w:p>
    <w:p w14:paraId="4BC5B379" w14:textId="77777777" w:rsidR="00996808" w:rsidRPr="00996808" w:rsidRDefault="00996808" w:rsidP="00996808">
      <w:pPr>
        <w:ind w:right="-285"/>
        <w:rPr>
          <w:lang w:val="ru-RU"/>
        </w:rPr>
      </w:pPr>
      <w:r w:rsidRPr="00996808">
        <w:rPr>
          <w:lang w:val="ru-RU"/>
        </w:rPr>
        <w:t>которые он вправе и обязан совершить в интересах доверителя на основании заключенного</w:t>
      </w:r>
    </w:p>
    <w:p w14:paraId="7A8309B0" w14:textId="77777777" w:rsidR="00996808" w:rsidRPr="00996808" w:rsidRDefault="00996808" w:rsidP="00996808">
      <w:pPr>
        <w:ind w:right="-285"/>
        <w:rPr>
          <w:lang w:val="ru-RU"/>
        </w:rPr>
      </w:pPr>
      <w:r w:rsidRPr="00996808">
        <w:rPr>
          <w:lang w:val="ru-RU"/>
        </w:rPr>
        <w:t>с последним соглашения об оказании юридической помощи.</w:t>
      </w:r>
    </w:p>
    <w:p w14:paraId="101791E3" w14:textId="77777777" w:rsidR="00996808" w:rsidRPr="00996808" w:rsidRDefault="00996808" w:rsidP="00996808">
      <w:pPr>
        <w:ind w:right="-285"/>
        <w:rPr>
          <w:lang w:val="ru-RU"/>
        </w:rPr>
      </w:pPr>
      <w:r w:rsidRPr="00996808">
        <w:rPr>
          <w:lang w:val="ru-RU"/>
        </w:rPr>
        <w:t>Общими ориентирами при этом для адвоката служат положения п. 2 ст. 2 и п. 3 ст. 6</w:t>
      </w:r>
    </w:p>
    <w:p w14:paraId="734468FC" w14:textId="77777777" w:rsidR="00996808" w:rsidRPr="00996808" w:rsidRDefault="00996808" w:rsidP="00996808">
      <w:pPr>
        <w:ind w:right="-285"/>
        <w:rPr>
          <w:lang w:val="ru-RU"/>
        </w:rPr>
      </w:pPr>
      <w:r w:rsidRPr="00996808">
        <w:rPr>
          <w:lang w:val="ru-RU"/>
        </w:rPr>
        <w:lastRenderedPageBreak/>
        <w:t>Федерального закона «Об адвокатской деятельности и адвокатуре в Российской</w:t>
      </w:r>
    </w:p>
    <w:p w14:paraId="227C7C3E" w14:textId="77777777" w:rsidR="00996808" w:rsidRPr="00996808" w:rsidRDefault="00996808" w:rsidP="00996808">
      <w:pPr>
        <w:ind w:right="-285"/>
        <w:rPr>
          <w:lang w:val="ru-RU"/>
        </w:rPr>
      </w:pPr>
      <w:r w:rsidRPr="00996808">
        <w:rPr>
          <w:lang w:val="ru-RU"/>
        </w:rPr>
        <w:t>Федерации», а также предписания, соответствующего отраслевого (процессуального)</w:t>
      </w:r>
    </w:p>
    <w:p w14:paraId="1CB71132" w14:textId="77777777" w:rsidR="00996808" w:rsidRPr="00996808" w:rsidRDefault="00996808" w:rsidP="00996808">
      <w:pPr>
        <w:ind w:right="-285"/>
        <w:rPr>
          <w:lang w:val="ru-RU"/>
        </w:rPr>
      </w:pPr>
      <w:r w:rsidRPr="00996808">
        <w:rPr>
          <w:lang w:val="ru-RU"/>
        </w:rPr>
        <w:t>законодательства.</w:t>
      </w:r>
    </w:p>
    <w:p w14:paraId="361B6742" w14:textId="77777777" w:rsidR="00996808" w:rsidRPr="00996808" w:rsidRDefault="00996808" w:rsidP="00996808">
      <w:pPr>
        <w:ind w:right="-285"/>
        <w:rPr>
          <w:lang w:val="ru-RU"/>
        </w:rPr>
      </w:pPr>
      <w:r w:rsidRPr="00996808">
        <w:rPr>
          <w:lang w:val="ru-RU"/>
        </w:rPr>
        <w:t>Самостоятельное и независимое толкование закона является неотъемлемым правом</w:t>
      </w:r>
    </w:p>
    <w:p w14:paraId="54551C60" w14:textId="77777777" w:rsidR="00996808" w:rsidRPr="00996808" w:rsidRDefault="00996808" w:rsidP="00996808">
      <w:pPr>
        <w:ind w:right="-285"/>
        <w:rPr>
          <w:lang w:val="ru-RU"/>
        </w:rPr>
      </w:pPr>
      <w:r w:rsidRPr="00996808">
        <w:rPr>
          <w:lang w:val="ru-RU"/>
        </w:rPr>
        <w:t>адвоката как независимого советника по правовым вопросам.</w:t>
      </w:r>
    </w:p>
    <w:p w14:paraId="602E8110" w14:textId="77777777" w:rsidR="00996808" w:rsidRPr="00996808" w:rsidRDefault="00996808" w:rsidP="00996808">
      <w:pPr>
        <w:ind w:right="-285"/>
        <w:rPr>
          <w:lang w:val="ru-RU"/>
        </w:rPr>
      </w:pPr>
      <w:r w:rsidRPr="00996808">
        <w:rPr>
          <w:lang w:val="ru-RU"/>
        </w:rPr>
        <w:t>Вопросы целесообразности подачи адвокатом-представителем тех или иных ходатайств,</w:t>
      </w:r>
    </w:p>
    <w:p w14:paraId="731A3C1E" w14:textId="77777777" w:rsidR="00996808" w:rsidRPr="00996808" w:rsidRDefault="00996808" w:rsidP="00996808">
      <w:pPr>
        <w:ind w:right="-285"/>
        <w:rPr>
          <w:lang w:val="ru-RU"/>
        </w:rPr>
      </w:pPr>
      <w:r w:rsidRPr="00996808">
        <w:rPr>
          <w:lang w:val="ru-RU"/>
        </w:rPr>
        <w:t>заявлений, замечаний относятся к вопросам тактики, в связи с чем сами по себе эти действия</w:t>
      </w:r>
    </w:p>
    <w:p w14:paraId="50814E06" w14:textId="77777777" w:rsidR="00996808" w:rsidRPr="00996808" w:rsidRDefault="00996808" w:rsidP="00996808">
      <w:pPr>
        <w:ind w:right="-285"/>
        <w:rPr>
          <w:lang w:val="ru-RU"/>
        </w:rPr>
      </w:pPr>
      <w:r w:rsidRPr="00996808">
        <w:rPr>
          <w:lang w:val="ru-RU"/>
        </w:rPr>
        <w:t>(бездействие) адвоката не подлежат оценке со стороны Квалификационной комиссии.</w:t>
      </w:r>
    </w:p>
    <w:p w14:paraId="0B9B1114" w14:textId="77777777" w:rsidR="00996808" w:rsidRPr="00996808" w:rsidRDefault="00996808" w:rsidP="00996808">
      <w:pPr>
        <w:ind w:right="-285"/>
        <w:rPr>
          <w:lang w:val="ru-RU"/>
        </w:rPr>
      </w:pPr>
      <w:r w:rsidRPr="00996808">
        <w:rPr>
          <w:lang w:val="ru-RU"/>
        </w:rPr>
        <w:t>При таких обстоятельствах Квалификационная комиссия пришла к выводу, о</w:t>
      </w:r>
    </w:p>
    <w:p w14:paraId="56EAD806" w14:textId="77777777" w:rsidR="00996808" w:rsidRPr="00996808" w:rsidRDefault="00996808" w:rsidP="00996808">
      <w:pPr>
        <w:ind w:right="-285"/>
        <w:rPr>
          <w:lang w:val="ru-RU"/>
        </w:rPr>
      </w:pPr>
      <w:r w:rsidRPr="00996808">
        <w:rPr>
          <w:lang w:val="ru-RU"/>
        </w:rPr>
        <w:t>необходимости прекращения в данной части дисциплинарного производства вследствие</w:t>
      </w:r>
    </w:p>
    <w:p w14:paraId="0A6E3B05" w14:textId="77777777" w:rsidR="00996808" w:rsidRPr="00996808" w:rsidRDefault="00996808" w:rsidP="00996808">
      <w:pPr>
        <w:ind w:right="-285"/>
        <w:rPr>
          <w:lang w:val="ru-RU"/>
        </w:rPr>
      </w:pPr>
      <w:r w:rsidRPr="00996808">
        <w:rPr>
          <w:lang w:val="ru-RU"/>
        </w:rPr>
        <w:t>отсутствия в действиях (бездействии) адвоката нарушения норм законодательства об</w:t>
      </w:r>
    </w:p>
    <w:p w14:paraId="41DAE451" w14:textId="77777777" w:rsidR="00996808" w:rsidRPr="00996808" w:rsidRDefault="00996808" w:rsidP="00996808">
      <w:pPr>
        <w:ind w:right="-285"/>
        <w:rPr>
          <w:lang w:val="ru-RU"/>
        </w:rPr>
      </w:pPr>
      <w:r w:rsidRPr="00996808">
        <w:rPr>
          <w:lang w:val="ru-RU"/>
        </w:rPr>
        <w:t>адвокатской деятельности и адвокатуре и (или) настоящего Кодекса либо вследствие</w:t>
      </w:r>
    </w:p>
    <w:p w14:paraId="0575C56E" w14:textId="77777777" w:rsidR="00996808" w:rsidRPr="00996808" w:rsidRDefault="00996808" w:rsidP="00996808">
      <w:pPr>
        <w:ind w:right="-285"/>
        <w:rPr>
          <w:lang w:val="ru-RU"/>
        </w:rPr>
      </w:pPr>
      <w:r w:rsidRPr="00996808">
        <w:rPr>
          <w:lang w:val="ru-RU"/>
        </w:rPr>
        <w:t>надлежащего исполнения адвокатом своих профессиональных обязанностей.</w:t>
      </w:r>
    </w:p>
    <w:p w14:paraId="1223C3D0" w14:textId="77777777" w:rsidR="00996808" w:rsidRPr="00996808" w:rsidRDefault="00996808" w:rsidP="00996808">
      <w:pPr>
        <w:ind w:right="-285"/>
        <w:rPr>
          <w:lang w:val="ru-RU"/>
        </w:rPr>
      </w:pPr>
      <w:r w:rsidRPr="00996808">
        <w:rPr>
          <w:lang w:val="ru-RU"/>
        </w:rPr>
        <w:t>В части отказа адвокатом Д. предоставить доверителю по его просьбе отчет о проделанной</w:t>
      </w:r>
    </w:p>
    <w:p w14:paraId="011BB48B" w14:textId="77777777" w:rsidR="00996808" w:rsidRPr="00996808" w:rsidRDefault="00996808" w:rsidP="00996808">
      <w:pPr>
        <w:ind w:right="-285"/>
        <w:rPr>
          <w:lang w:val="ru-RU"/>
        </w:rPr>
      </w:pPr>
      <w:r w:rsidRPr="00996808">
        <w:rPr>
          <w:lang w:val="ru-RU"/>
        </w:rPr>
        <w:t>работе, Квалификационная комиссия пришла к следующему.</w:t>
      </w:r>
    </w:p>
    <w:p w14:paraId="1EE9F1E5" w14:textId="77777777" w:rsidR="00996808" w:rsidRPr="00996808" w:rsidRDefault="00996808" w:rsidP="00996808">
      <w:pPr>
        <w:ind w:right="-285"/>
        <w:rPr>
          <w:lang w:val="ru-RU"/>
        </w:rPr>
      </w:pPr>
      <w:r w:rsidRPr="00996808">
        <w:rPr>
          <w:lang w:val="ru-RU"/>
        </w:rPr>
        <w:t>Из письменного ответа доверителю, представленных адвокатом объяснений и документов</w:t>
      </w:r>
    </w:p>
    <w:p w14:paraId="0FF196EB" w14:textId="77777777" w:rsidR="00996808" w:rsidRPr="00996808" w:rsidRDefault="00996808" w:rsidP="00996808">
      <w:pPr>
        <w:ind w:right="-285"/>
        <w:rPr>
          <w:lang w:val="ru-RU"/>
        </w:rPr>
      </w:pPr>
      <w:r w:rsidRPr="00996808">
        <w:rPr>
          <w:lang w:val="ru-RU"/>
        </w:rPr>
        <w:t>следует, что адвокат действительно выразил отказ в предоставлении отчета о выполненной</w:t>
      </w:r>
    </w:p>
    <w:p w14:paraId="4237613E" w14:textId="77777777" w:rsidR="00996808" w:rsidRPr="00996808" w:rsidRDefault="00996808" w:rsidP="00996808">
      <w:pPr>
        <w:ind w:right="-285"/>
        <w:rPr>
          <w:lang w:val="ru-RU"/>
        </w:rPr>
      </w:pPr>
      <w:r w:rsidRPr="00996808">
        <w:rPr>
          <w:lang w:val="ru-RU"/>
        </w:rPr>
        <w:t>работе по договору, объясняя отсутствием в договоре условий о предоставлении отчета.</w:t>
      </w:r>
    </w:p>
    <w:p w14:paraId="619A5BA1" w14:textId="77777777" w:rsidR="00996808" w:rsidRPr="00996808" w:rsidRDefault="00996808" w:rsidP="00996808">
      <w:pPr>
        <w:ind w:right="-285"/>
        <w:rPr>
          <w:lang w:val="ru-RU"/>
        </w:rPr>
      </w:pPr>
      <w:r w:rsidRPr="00996808">
        <w:rPr>
          <w:lang w:val="ru-RU"/>
        </w:rPr>
        <w:t>В заседании комиссии, адвокат подтвердил свой отказ, высказав уверенность, что</w:t>
      </w:r>
    </w:p>
    <w:p w14:paraId="79BA1862" w14:textId="77777777" w:rsidR="00996808" w:rsidRPr="00996808" w:rsidRDefault="00996808" w:rsidP="00996808">
      <w:pPr>
        <w:ind w:right="-285"/>
        <w:rPr>
          <w:lang w:val="ru-RU"/>
        </w:rPr>
      </w:pPr>
      <w:r w:rsidRPr="00996808">
        <w:rPr>
          <w:lang w:val="ru-RU"/>
        </w:rPr>
        <w:t>предоставление отчета о проделанной работе регулируются условиями договора об</w:t>
      </w:r>
    </w:p>
    <w:p w14:paraId="73467331" w14:textId="77777777" w:rsidR="00996808" w:rsidRPr="00996808" w:rsidRDefault="00996808" w:rsidP="00996808">
      <w:pPr>
        <w:ind w:right="-285"/>
        <w:rPr>
          <w:lang w:val="ru-RU"/>
        </w:rPr>
      </w:pPr>
      <w:r w:rsidRPr="00996808">
        <w:rPr>
          <w:lang w:val="ru-RU"/>
        </w:rPr>
        <w:t>оказании юридической помощи, а не положениям законодательства в сфере адвокатской</w:t>
      </w:r>
    </w:p>
    <w:p w14:paraId="70BE07EC" w14:textId="77777777" w:rsidR="00996808" w:rsidRPr="00996808" w:rsidRDefault="00996808" w:rsidP="00996808">
      <w:pPr>
        <w:ind w:right="-285"/>
        <w:rPr>
          <w:lang w:val="ru-RU"/>
        </w:rPr>
      </w:pPr>
      <w:r w:rsidRPr="00996808">
        <w:rPr>
          <w:lang w:val="ru-RU"/>
        </w:rPr>
        <w:t>деятельности.</w:t>
      </w:r>
    </w:p>
    <w:p w14:paraId="4542E2F1" w14:textId="77777777" w:rsidR="00996808" w:rsidRPr="00996808" w:rsidRDefault="00996808" w:rsidP="00996808">
      <w:pPr>
        <w:ind w:right="-285"/>
        <w:rPr>
          <w:lang w:val="ru-RU"/>
        </w:rPr>
      </w:pPr>
      <w:r w:rsidRPr="00996808">
        <w:rPr>
          <w:lang w:val="ru-RU"/>
        </w:rPr>
        <w:t>Оценив доказательства, Квалификационная комиссия признала, что в полученных в ходе</w:t>
      </w:r>
    </w:p>
    <w:p w14:paraId="32091B48" w14:textId="77777777" w:rsidR="00996808" w:rsidRPr="00996808" w:rsidRDefault="00996808" w:rsidP="00996808">
      <w:pPr>
        <w:ind w:right="-285"/>
        <w:rPr>
          <w:lang w:val="ru-RU"/>
        </w:rPr>
      </w:pPr>
      <w:r w:rsidRPr="00996808">
        <w:rPr>
          <w:lang w:val="ru-RU"/>
        </w:rPr>
        <w:t>разбирательства фактических данных имелись сведения, свидетельствующие о нарушении</w:t>
      </w:r>
    </w:p>
    <w:p w14:paraId="226869EE" w14:textId="77777777" w:rsidR="00996808" w:rsidRPr="00996808" w:rsidRDefault="00996808" w:rsidP="00996808">
      <w:pPr>
        <w:ind w:right="-285"/>
        <w:rPr>
          <w:lang w:val="ru-RU"/>
        </w:rPr>
      </w:pPr>
      <w:r w:rsidRPr="00996808">
        <w:rPr>
          <w:lang w:val="ru-RU"/>
        </w:rPr>
        <w:t>адвокатом Д. норм законодательства об адвокатской деятельности и адвокатуре и проведя</w:t>
      </w:r>
    </w:p>
    <w:p w14:paraId="1AB4A1F6" w14:textId="77777777" w:rsidR="00996808" w:rsidRPr="00996808" w:rsidRDefault="00996808" w:rsidP="00996808">
      <w:pPr>
        <w:ind w:right="-285"/>
        <w:rPr>
          <w:lang w:val="ru-RU"/>
        </w:rPr>
      </w:pPr>
      <w:r w:rsidRPr="00996808">
        <w:rPr>
          <w:lang w:val="ru-RU"/>
        </w:rPr>
        <w:t>голосование вынесла заключение, о наличии в действиях (бездействии) адвоката Д.</w:t>
      </w:r>
    </w:p>
    <w:p w14:paraId="1EB60D52" w14:textId="77777777" w:rsidR="00996808" w:rsidRPr="00996808" w:rsidRDefault="00996808" w:rsidP="00996808">
      <w:pPr>
        <w:ind w:right="-285"/>
        <w:rPr>
          <w:lang w:val="ru-RU"/>
        </w:rPr>
      </w:pPr>
      <w:r w:rsidRPr="00996808">
        <w:rPr>
          <w:lang w:val="ru-RU"/>
        </w:rPr>
        <w:t xml:space="preserve">нарушений </w:t>
      </w:r>
      <w:proofErr w:type="gramStart"/>
      <w:r w:rsidRPr="00996808">
        <w:rPr>
          <w:lang w:val="ru-RU"/>
        </w:rPr>
        <w:t>норм</w:t>
      </w:r>
      <w:proofErr w:type="gramEnd"/>
      <w:r w:rsidRPr="00996808">
        <w:rPr>
          <w:lang w:val="ru-RU"/>
        </w:rPr>
        <w:t xml:space="preserve"> предусмотренных пунктом 6 статьи 10 Кодекса профессиональной этики</w:t>
      </w:r>
    </w:p>
    <w:p w14:paraId="4929CA0C" w14:textId="77777777" w:rsidR="00996808" w:rsidRPr="00996808" w:rsidRDefault="00996808" w:rsidP="00996808">
      <w:pPr>
        <w:ind w:right="-285"/>
        <w:rPr>
          <w:lang w:val="ru-RU"/>
        </w:rPr>
      </w:pPr>
      <w:r w:rsidRPr="00996808">
        <w:rPr>
          <w:lang w:val="ru-RU"/>
        </w:rPr>
        <w:t>адвоката и о необходимости прекращения в части дисциплинарного производства</w:t>
      </w:r>
    </w:p>
    <w:p w14:paraId="6338FE3B" w14:textId="77777777" w:rsidR="00996808" w:rsidRPr="00996808" w:rsidRDefault="00996808" w:rsidP="00996808">
      <w:pPr>
        <w:ind w:right="-285"/>
        <w:rPr>
          <w:lang w:val="ru-RU"/>
        </w:rPr>
      </w:pPr>
      <w:r w:rsidRPr="00996808">
        <w:rPr>
          <w:lang w:val="ru-RU"/>
        </w:rPr>
        <w:t>вследствие отсутствия в действиях (бездействии) адвоката нарушения норм</w:t>
      </w:r>
    </w:p>
    <w:p w14:paraId="1C7E0F67" w14:textId="77777777" w:rsidR="00996808" w:rsidRPr="00996808" w:rsidRDefault="00996808" w:rsidP="00996808">
      <w:pPr>
        <w:ind w:right="-285"/>
        <w:rPr>
          <w:lang w:val="ru-RU"/>
        </w:rPr>
      </w:pPr>
      <w:r w:rsidRPr="00996808">
        <w:rPr>
          <w:lang w:val="ru-RU"/>
        </w:rPr>
        <w:t>законодательства об адвокатской деятельности и адвокатуре и (или) настоящего Кодекса</w:t>
      </w:r>
    </w:p>
    <w:p w14:paraId="2B21A076" w14:textId="77777777" w:rsidR="00996808" w:rsidRPr="00996808" w:rsidRDefault="00996808" w:rsidP="00996808">
      <w:pPr>
        <w:ind w:right="-285"/>
        <w:rPr>
          <w:lang w:val="ru-RU"/>
        </w:rPr>
      </w:pPr>
      <w:r w:rsidRPr="00996808">
        <w:rPr>
          <w:lang w:val="ru-RU"/>
        </w:rPr>
        <w:t>либо вследствие надлежащего исполнения адвокатом своих профессиональных</w:t>
      </w:r>
    </w:p>
    <w:p w14:paraId="441591A1" w14:textId="77777777" w:rsidR="00996808" w:rsidRPr="00996808" w:rsidRDefault="00996808" w:rsidP="00996808">
      <w:pPr>
        <w:ind w:right="-285"/>
        <w:rPr>
          <w:lang w:val="ru-RU"/>
        </w:rPr>
      </w:pPr>
      <w:proofErr w:type="gramStart"/>
      <w:r w:rsidRPr="00996808">
        <w:rPr>
          <w:lang w:val="ru-RU"/>
        </w:rPr>
        <w:t>обязанностей</w:t>
      </w:r>
      <w:proofErr w:type="gramEnd"/>
      <w:r w:rsidRPr="00996808">
        <w:rPr>
          <w:lang w:val="ru-RU"/>
        </w:rPr>
        <w:t xml:space="preserve"> предусмотренных пунктом 1 части 1 статьи 7 Федерального закона № 63-ФЗ</w:t>
      </w:r>
    </w:p>
    <w:p w14:paraId="0A80A143" w14:textId="77777777" w:rsidR="00996808" w:rsidRPr="00996808" w:rsidRDefault="00996808" w:rsidP="00996808">
      <w:pPr>
        <w:ind w:right="-285"/>
        <w:rPr>
          <w:lang w:val="ru-RU"/>
        </w:rPr>
      </w:pPr>
      <w:r w:rsidRPr="00996808">
        <w:rPr>
          <w:lang w:val="ru-RU"/>
        </w:rPr>
        <w:t>«Об адвокатской деятельности и адвокатуре в Российской Федерации» и пунктом 1 статьи</w:t>
      </w:r>
    </w:p>
    <w:p w14:paraId="03B73DAB" w14:textId="77777777" w:rsidR="00996808" w:rsidRPr="00996808" w:rsidRDefault="00996808" w:rsidP="00996808">
      <w:pPr>
        <w:ind w:right="-285"/>
        <w:rPr>
          <w:lang w:val="ru-RU"/>
        </w:rPr>
      </w:pPr>
      <w:r w:rsidRPr="00996808">
        <w:rPr>
          <w:lang w:val="ru-RU"/>
        </w:rPr>
        <w:t>8 Кодекса профессиональной этики адвоката.</w:t>
      </w:r>
    </w:p>
    <w:p w14:paraId="27C570AF" w14:textId="77777777" w:rsidR="00996808" w:rsidRPr="00996808" w:rsidRDefault="00996808" w:rsidP="00996808">
      <w:pPr>
        <w:ind w:right="-285"/>
        <w:rPr>
          <w:lang w:val="ru-RU"/>
        </w:rPr>
      </w:pPr>
      <w:r w:rsidRPr="00996808">
        <w:rPr>
          <w:lang w:val="ru-RU"/>
        </w:rPr>
        <w:t>Совет адвокатской палаты, рассмотрев поступившее с заключением дисциплинарное</w:t>
      </w:r>
    </w:p>
    <w:p w14:paraId="5C80BFD1" w14:textId="77777777" w:rsidR="00996808" w:rsidRPr="00996808" w:rsidRDefault="00996808" w:rsidP="00996808">
      <w:pPr>
        <w:ind w:right="-285"/>
        <w:rPr>
          <w:lang w:val="ru-RU"/>
        </w:rPr>
      </w:pPr>
      <w:r w:rsidRPr="00996808">
        <w:rPr>
          <w:lang w:val="ru-RU"/>
        </w:rPr>
        <w:lastRenderedPageBreak/>
        <w:t>производство согласился с Квалификационной комиссией и принял решение о частичном</w:t>
      </w:r>
    </w:p>
    <w:p w14:paraId="524B9163" w14:textId="77777777" w:rsidR="00996808" w:rsidRPr="00996808" w:rsidRDefault="00996808" w:rsidP="00996808">
      <w:pPr>
        <w:ind w:right="-285"/>
        <w:rPr>
          <w:lang w:val="ru-RU"/>
        </w:rPr>
      </w:pPr>
      <w:r w:rsidRPr="00996808">
        <w:rPr>
          <w:lang w:val="ru-RU"/>
        </w:rPr>
        <w:t>Обзор дисциплинарной практики 2025/2026</w:t>
      </w:r>
    </w:p>
    <w:p w14:paraId="38156259" w14:textId="77777777" w:rsidR="00996808" w:rsidRPr="00996808" w:rsidRDefault="00996808" w:rsidP="00996808">
      <w:pPr>
        <w:ind w:right="-285"/>
        <w:rPr>
          <w:lang w:val="ru-RU"/>
        </w:rPr>
      </w:pPr>
      <w:r w:rsidRPr="00996808">
        <w:rPr>
          <w:lang w:val="ru-RU"/>
        </w:rPr>
        <w:t>5</w:t>
      </w:r>
    </w:p>
    <w:p w14:paraId="276AD2F1" w14:textId="77777777" w:rsidR="00996808" w:rsidRPr="00996808" w:rsidRDefault="00996808" w:rsidP="00996808">
      <w:pPr>
        <w:ind w:right="-285"/>
        <w:rPr>
          <w:lang w:val="ru-RU"/>
        </w:rPr>
      </w:pPr>
      <w:r w:rsidRPr="00996808">
        <w:rPr>
          <w:lang w:val="ru-RU"/>
        </w:rPr>
        <w:t>прекращении дисциплинарного производства по одному из дисциплинарных обвинений, и</w:t>
      </w:r>
    </w:p>
    <w:p w14:paraId="482B1C86" w14:textId="77777777" w:rsidR="00996808" w:rsidRPr="00996808" w:rsidRDefault="00996808" w:rsidP="00996808">
      <w:pPr>
        <w:ind w:right="-285"/>
        <w:rPr>
          <w:lang w:val="ru-RU"/>
        </w:rPr>
      </w:pPr>
      <w:r w:rsidRPr="00996808">
        <w:rPr>
          <w:lang w:val="ru-RU"/>
        </w:rPr>
        <w:t>о наличии в действиях (бездействии) адвоката Д. нарушений норм законодательства об</w:t>
      </w:r>
    </w:p>
    <w:p w14:paraId="38F22AA1" w14:textId="77777777" w:rsidR="00996808" w:rsidRPr="00996808" w:rsidRDefault="00996808" w:rsidP="00996808">
      <w:pPr>
        <w:ind w:right="-285"/>
        <w:rPr>
          <w:lang w:val="ru-RU"/>
        </w:rPr>
      </w:pPr>
      <w:r w:rsidRPr="00996808">
        <w:rPr>
          <w:lang w:val="ru-RU"/>
        </w:rPr>
        <w:t>адвокатской деятельности и адвокатуре и (или) настоящего Кодекса, и о применении к</w:t>
      </w:r>
    </w:p>
    <w:p w14:paraId="3D5A362F" w14:textId="77777777" w:rsidR="00996808" w:rsidRPr="00996808" w:rsidRDefault="00996808" w:rsidP="00996808">
      <w:pPr>
        <w:ind w:right="-285"/>
        <w:rPr>
          <w:lang w:val="ru-RU"/>
        </w:rPr>
      </w:pPr>
      <w:r w:rsidRPr="00996808">
        <w:rPr>
          <w:lang w:val="ru-RU"/>
        </w:rPr>
        <w:t>адвокату мер дисциплинарной ответственности, предусмотренных статьей 18 настоящего</w:t>
      </w:r>
    </w:p>
    <w:p w14:paraId="48DD7ECB" w14:textId="77777777" w:rsidR="00996808" w:rsidRPr="00996808" w:rsidRDefault="00996808" w:rsidP="00996808">
      <w:pPr>
        <w:ind w:right="-285"/>
        <w:rPr>
          <w:lang w:val="ru-RU"/>
        </w:rPr>
      </w:pPr>
      <w:r w:rsidRPr="00996808">
        <w:rPr>
          <w:lang w:val="ru-RU"/>
        </w:rPr>
        <w:t>Кодекса в виде предупреждения.</w:t>
      </w:r>
    </w:p>
    <w:p w14:paraId="745603CA" w14:textId="77777777" w:rsidR="00996808" w:rsidRPr="00996808" w:rsidRDefault="00996808" w:rsidP="00996808">
      <w:pPr>
        <w:ind w:right="-285"/>
        <w:rPr>
          <w:lang w:val="ru-RU"/>
        </w:rPr>
      </w:pPr>
      <w:r w:rsidRPr="00996808">
        <w:rPr>
          <w:lang w:val="ru-RU"/>
        </w:rPr>
        <w:t>II. Дисциплинарное дело, возбужденное подпредставлению вице-президента палаты</w:t>
      </w:r>
    </w:p>
    <w:p w14:paraId="22DC589E" w14:textId="77777777" w:rsidR="00996808" w:rsidRPr="00996808" w:rsidRDefault="00996808" w:rsidP="00996808">
      <w:pPr>
        <w:ind w:right="-285"/>
        <w:rPr>
          <w:lang w:val="ru-RU"/>
        </w:rPr>
      </w:pPr>
      <w:r w:rsidRPr="00996808">
        <w:rPr>
          <w:lang w:val="ru-RU"/>
        </w:rPr>
        <w:t>2.1. Адвокат Ж. был привлечен Советом к дисциплинарной ответственности за</w:t>
      </w:r>
    </w:p>
    <w:p w14:paraId="7A405F04" w14:textId="77777777" w:rsidR="00996808" w:rsidRPr="00996808" w:rsidRDefault="00996808" w:rsidP="00996808">
      <w:pPr>
        <w:ind w:right="-285"/>
        <w:rPr>
          <w:lang w:val="ru-RU"/>
        </w:rPr>
      </w:pPr>
      <w:r w:rsidRPr="00996808">
        <w:rPr>
          <w:lang w:val="ru-RU"/>
        </w:rPr>
        <w:t>непрерывную неуплату ежемесячных отчислений средств на общие нужды</w:t>
      </w:r>
    </w:p>
    <w:p w14:paraId="128A1072" w14:textId="77777777" w:rsidR="00996808" w:rsidRPr="00996808" w:rsidRDefault="00996808" w:rsidP="00996808">
      <w:pPr>
        <w:ind w:right="-285"/>
        <w:rPr>
          <w:lang w:val="ru-RU"/>
        </w:rPr>
      </w:pPr>
      <w:r w:rsidRPr="00996808">
        <w:rPr>
          <w:lang w:val="ru-RU"/>
        </w:rPr>
        <w:t>адвокатской палаты.</w:t>
      </w:r>
    </w:p>
    <w:p w14:paraId="55A59FC8" w14:textId="77777777" w:rsidR="00996808" w:rsidRPr="00996808" w:rsidRDefault="00996808" w:rsidP="00996808">
      <w:pPr>
        <w:ind w:right="-285"/>
        <w:rPr>
          <w:lang w:val="ru-RU"/>
        </w:rPr>
      </w:pPr>
      <w:r w:rsidRPr="00996808">
        <w:rPr>
          <w:lang w:val="ru-RU"/>
        </w:rPr>
        <w:t>Поводом к возбуждению дисциплинарного производства явилось представление вице-</w:t>
      </w:r>
    </w:p>
    <w:p w14:paraId="4DEFA89A" w14:textId="77777777" w:rsidR="00996808" w:rsidRPr="00996808" w:rsidRDefault="00996808" w:rsidP="00996808">
      <w:pPr>
        <w:ind w:right="-285"/>
        <w:rPr>
          <w:lang w:val="ru-RU"/>
        </w:rPr>
      </w:pPr>
      <w:r w:rsidRPr="00996808">
        <w:rPr>
          <w:lang w:val="ru-RU"/>
        </w:rPr>
        <w:t>президента палаты, согласно которому адвокатом Ж. с сентября 2021 года допущена</w:t>
      </w:r>
    </w:p>
    <w:p w14:paraId="7E23F9D4" w14:textId="77777777" w:rsidR="00996808" w:rsidRPr="00996808" w:rsidRDefault="00996808" w:rsidP="00996808">
      <w:pPr>
        <w:ind w:right="-285"/>
        <w:rPr>
          <w:lang w:val="ru-RU"/>
        </w:rPr>
      </w:pPr>
      <w:r w:rsidRPr="00996808">
        <w:rPr>
          <w:lang w:val="ru-RU"/>
        </w:rPr>
        <w:t>непрерывная задолженность за неуплату ежемесячных отчислений средств на общие</w:t>
      </w:r>
    </w:p>
    <w:p w14:paraId="45342AB5" w14:textId="77777777" w:rsidR="00996808" w:rsidRPr="00996808" w:rsidRDefault="00996808" w:rsidP="00996808">
      <w:pPr>
        <w:ind w:right="-285"/>
        <w:rPr>
          <w:lang w:val="ru-RU"/>
        </w:rPr>
      </w:pPr>
      <w:r w:rsidRPr="00996808">
        <w:rPr>
          <w:lang w:val="ru-RU"/>
        </w:rPr>
        <w:t>нужды адвокатской палаты за 45 (сорок пять) месяцев.</w:t>
      </w:r>
    </w:p>
    <w:p w14:paraId="7D5742C8" w14:textId="77777777" w:rsidR="00996808" w:rsidRPr="00996808" w:rsidRDefault="00996808" w:rsidP="00996808">
      <w:pPr>
        <w:ind w:right="-285"/>
        <w:rPr>
          <w:lang w:val="ru-RU"/>
        </w:rPr>
      </w:pPr>
      <w:r w:rsidRPr="00996808">
        <w:rPr>
          <w:lang w:val="ru-RU"/>
        </w:rPr>
        <w:t>В представлении было указано, что Решениями ежегодных Собраний адвокатов</w:t>
      </w:r>
    </w:p>
    <w:p w14:paraId="17A9FB7A" w14:textId="77777777" w:rsidR="00996808" w:rsidRPr="00996808" w:rsidRDefault="00996808" w:rsidP="00996808">
      <w:pPr>
        <w:ind w:right="-285"/>
        <w:rPr>
          <w:lang w:val="ru-RU"/>
        </w:rPr>
      </w:pPr>
      <w:r w:rsidRPr="00996808">
        <w:rPr>
          <w:lang w:val="ru-RU"/>
        </w:rPr>
        <w:t>Сахалинской адвокатской палаты с октября 2020 года по октябрь 2024 года, Конференцией</w:t>
      </w:r>
    </w:p>
    <w:p w14:paraId="6F2144B8" w14:textId="77777777" w:rsidR="00996808" w:rsidRPr="00996808" w:rsidRDefault="00996808" w:rsidP="00996808">
      <w:pPr>
        <w:ind w:right="-285"/>
        <w:rPr>
          <w:lang w:val="ru-RU"/>
        </w:rPr>
      </w:pPr>
      <w:r w:rsidRPr="00996808">
        <w:rPr>
          <w:lang w:val="ru-RU"/>
        </w:rPr>
        <w:t>адвокатов Сахалинской адвокатской палаты от 14 октября 2024 года размер ежемесячных</w:t>
      </w:r>
    </w:p>
    <w:p w14:paraId="6A563908" w14:textId="77777777" w:rsidR="00996808" w:rsidRPr="00996808" w:rsidRDefault="00996808" w:rsidP="00996808">
      <w:pPr>
        <w:ind w:right="-285"/>
        <w:rPr>
          <w:lang w:val="ru-RU"/>
        </w:rPr>
      </w:pPr>
      <w:r w:rsidRPr="00996808">
        <w:rPr>
          <w:lang w:val="ru-RU"/>
        </w:rPr>
        <w:t>денежных отчислений адвокатов Сахалинской адвокатской палаты не менялся и составлял</w:t>
      </w:r>
    </w:p>
    <w:p w14:paraId="08D6E138" w14:textId="77777777" w:rsidR="00996808" w:rsidRPr="00996808" w:rsidRDefault="00996808" w:rsidP="00996808">
      <w:pPr>
        <w:ind w:right="-285"/>
        <w:rPr>
          <w:lang w:val="ru-RU"/>
        </w:rPr>
      </w:pPr>
      <w:r w:rsidRPr="00996808">
        <w:rPr>
          <w:lang w:val="ru-RU"/>
        </w:rPr>
        <w:t>2 200 рублей.</w:t>
      </w:r>
    </w:p>
    <w:p w14:paraId="368AD7BE" w14:textId="77777777" w:rsidR="00996808" w:rsidRPr="00996808" w:rsidRDefault="00996808" w:rsidP="00996808">
      <w:pPr>
        <w:ind w:right="-285"/>
        <w:rPr>
          <w:lang w:val="ru-RU"/>
        </w:rPr>
      </w:pPr>
      <w:r w:rsidRPr="00996808">
        <w:rPr>
          <w:lang w:val="ru-RU"/>
        </w:rPr>
        <w:t>По состоянию на 02 июня 2025 года, задолженность адвоката Ж. по ежемесячным</w:t>
      </w:r>
    </w:p>
    <w:p w14:paraId="078368EC" w14:textId="77777777" w:rsidR="00996808" w:rsidRPr="00996808" w:rsidRDefault="00996808" w:rsidP="00996808">
      <w:pPr>
        <w:ind w:right="-285"/>
        <w:rPr>
          <w:lang w:val="ru-RU"/>
        </w:rPr>
      </w:pPr>
      <w:r w:rsidRPr="00996808">
        <w:rPr>
          <w:lang w:val="ru-RU"/>
        </w:rPr>
        <w:t>отчислениям на содержание Сахалинской адвокатской палаты составляла 99 000 (девяносто</w:t>
      </w:r>
    </w:p>
    <w:p w14:paraId="575CD17E" w14:textId="77777777" w:rsidR="00996808" w:rsidRPr="00996808" w:rsidRDefault="00996808" w:rsidP="00996808">
      <w:pPr>
        <w:ind w:right="-285"/>
        <w:rPr>
          <w:lang w:val="ru-RU"/>
        </w:rPr>
      </w:pPr>
      <w:r w:rsidRPr="00996808">
        <w:rPr>
          <w:lang w:val="ru-RU"/>
        </w:rPr>
        <w:t>девять тысяч) рублей.</w:t>
      </w:r>
    </w:p>
    <w:p w14:paraId="1EDDAB9D" w14:textId="77777777" w:rsidR="00996808" w:rsidRPr="00996808" w:rsidRDefault="00996808" w:rsidP="00996808">
      <w:pPr>
        <w:ind w:right="-285"/>
        <w:rPr>
          <w:lang w:val="ru-RU"/>
        </w:rPr>
      </w:pPr>
      <w:r w:rsidRPr="00996808">
        <w:rPr>
          <w:lang w:val="ru-RU"/>
        </w:rPr>
        <w:t>Адвокат Ж. в объяснениях указал, что он не ведет оплачиваемую профессиональную</w:t>
      </w:r>
    </w:p>
    <w:p w14:paraId="390D5B89" w14:textId="77777777" w:rsidR="00996808" w:rsidRPr="00996808" w:rsidRDefault="00996808" w:rsidP="00996808">
      <w:pPr>
        <w:ind w:right="-285"/>
        <w:rPr>
          <w:lang w:val="ru-RU"/>
        </w:rPr>
      </w:pPr>
      <w:r w:rsidRPr="00996808">
        <w:rPr>
          <w:lang w:val="ru-RU"/>
        </w:rPr>
        <w:t>деятельность более четырех лет, в связи с чем имеет задолженность не только по взносам</w:t>
      </w:r>
    </w:p>
    <w:p w14:paraId="507D64C5" w14:textId="77777777" w:rsidR="00996808" w:rsidRPr="00996808" w:rsidRDefault="00996808" w:rsidP="00996808">
      <w:pPr>
        <w:ind w:right="-285"/>
        <w:rPr>
          <w:lang w:val="ru-RU"/>
        </w:rPr>
      </w:pPr>
      <w:r w:rsidRPr="00996808">
        <w:rPr>
          <w:lang w:val="ru-RU"/>
        </w:rPr>
        <w:t>на общие нужды адвокатской палаты, но и в социальный фонд РФ.</w:t>
      </w:r>
    </w:p>
    <w:p w14:paraId="758FB6C6" w14:textId="77777777" w:rsidR="00996808" w:rsidRPr="00996808" w:rsidRDefault="00996808" w:rsidP="00996808">
      <w:pPr>
        <w:ind w:right="-285"/>
        <w:rPr>
          <w:lang w:val="ru-RU"/>
        </w:rPr>
      </w:pPr>
      <w:r w:rsidRPr="00996808">
        <w:rPr>
          <w:lang w:val="ru-RU"/>
        </w:rPr>
        <w:t>В качестве причин неосуществления адвокатской деятельности адвокат привел свои</w:t>
      </w:r>
    </w:p>
    <w:p w14:paraId="2563C8A3" w14:textId="77777777" w:rsidR="00996808" w:rsidRPr="00996808" w:rsidRDefault="00996808" w:rsidP="00996808">
      <w:pPr>
        <w:ind w:right="-285"/>
        <w:rPr>
          <w:lang w:val="ru-RU"/>
        </w:rPr>
      </w:pPr>
      <w:r w:rsidRPr="00996808">
        <w:rPr>
          <w:lang w:val="ru-RU"/>
        </w:rPr>
        <w:t>личные бытовые и семейные проблемы, а также близких родственников, которым он был</w:t>
      </w:r>
    </w:p>
    <w:p w14:paraId="0014CEB0" w14:textId="77777777" w:rsidR="00996808" w:rsidRPr="00996808" w:rsidRDefault="00996808" w:rsidP="00996808">
      <w:pPr>
        <w:ind w:right="-285"/>
        <w:rPr>
          <w:lang w:val="ru-RU"/>
        </w:rPr>
      </w:pPr>
      <w:r w:rsidRPr="00996808">
        <w:rPr>
          <w:lang w:val="ru-RU"/>
        </w:rPr>
        <w:t>вынужден оказывать помощь в том числе юридическую.</w:t>
      </w:r>
    </w:p>
    <w:p w14:paraId="3949F5A1" w14:textId="77777777" w:rsidR="00996808" w:rsidRPr="00996808" w:rsidRDefault="00996808" w:rsidP="00996808">
      <w:pPr>
        <w:ind w:right="-285"/>
        <w:rPr>
          <w:lang w:val="ru-RU"/>
        </w:rPr>
      </w:pPr>
      <w:r w:rsidRPr="00996808">
        <w:rPr>
          <w:lang w:val="ru-RU"/>
        </w:rPr>
        <w:t>Адвокат в заседании Квалификационной комиссии ранее поданные пояснения поддержал,</w:t>
      </w:r>
    </w:p>
    <w:p w14:paraId="6560E419" w14:textId="77777777" w:rsidR="00996808" w:rsidRPr="00996808" w:rsidRDefault="00996808" w:rsidP="00996808">
      <w:pPr>
        <w:ind w:right="-285"/>
        <w:rPr>
          <w:lang w:val="ru-RU"/>
        </w:rPr>
      </w:pPr>
      <w:r w:rsidRPr="00996808">
        <w:rPr>
          <w:lang w:val="ru-RU"/>
        </w:rPr>
        <w:t>подтвердил, что ему было предложено (в адвокатской палате) погасить задолженность</w:t>
      </w:r>
    </w:p>
    <w:p w14:paraId="511B8CEA" w14:textId="77777777" w:rsidR="00996808" w:rsidRPr="00996808" w:rsidRDefault="00996808" w:rsidP="00996808">
      <w:pPr>
        <w:ind w:right="-285"/>
        <w:rPr>
          <w:lang w:val="ru-RU"/>
        </w:rPr>
      </w:pPr>
      <w:r w:rsidRPr="00996808">
        <w:rPr>
          <w:lang w:val="ru-RU"/>
        </w:rPr>
        <w:t>ранее, но не имел финансовой возможности и погасил ее только 11.09.2025 наперед до</w:t>
      </w:r>
    </w:p>
    <w:p w14:paraId="28F9D430" w14:textId="77777777" w:rsidR="00996808" w:rsidRPr="00996808" w:rsidRDefault="00996808" w:rsidP="00996808">
      <w:pPr>
        <w:ind w:right="-285"/>
        <w:rPr>
          <w:lang w:val="ru-RU"/>
        </w:rPr>
      </w:pPr>
      <w:r w:rsidRPr="00996808">
        <w:rPr>
          <w:lang w:val="ru-RU"/>
        </w:rPr>
        <w:t>конца 2025 года в сумме 114 400 рублей, о чем представил на обозрение отрывную</w:t>
      </w:r>
    </w:p>
    <w:p w14:paraId="134DED7D" w14:textId="77777777" w:rsidR="00996808" w:rsidRPr="00996808" w:rsidRDefault="00996808" w:rsidP="00996808">
      <w:pPr>
        <w:ind w:right="-285"/>
        <w:rPr>
          <w:lang w:val="ru-RU"/>
        </w:rPr>
      </w:pPr>
      <w:r w:rsidRPr="00996808">
        <w:rPr>
          <w:lang w:val="ru-RU"/>
        </w:rPr>
        <w:t>квитанцию приходного кассового ордера Сахалинской адвокатской палаты.</w:t>
      </w:r>
    </w:p>
    <w:p w14:paraId="2F9C82CB" w14:textId="77777777" w:rsidR="00996808" w:rsidRPr="00996808" w:rsidRDefault="00996808" w:rsidP="00996808">
      <w:pPr>
        <w:ind w:right="-285"/>
        <w:rPr>
          <w:lang w:val="ru-RU"/>
        </w:rPr>
      </w:pPr>
      <w:r w:rsidRPr="00996808">
        <w:rPr>
          <w:lang w:val="ru-RU"/>
        </w:rPr>
        <w:lastRenderedPageBreak/>
        <w:t>Неуплата адвокатом указанных обязательных отчислений подтвердились имеющимися в</w:t>
      </w:r>
    </w:p>
    <w:p w14:paraId="225269EF" w14:textId="77777777" w:rsidR="00996808" w:rsidRPr="00996808" w:rsidRDefault="00996808" w:rsidP="00996808">
      <w:pPr>
        <w:ind w:right="-285"/>
        <w:rPr>
          <w:lang w:val="ru-RU"/>
        </w:rPr>
      </w:pPr>
      <w:r w:rsidRPr="00996808">
        <w:rPr>
          <w:lang w:val="ru-RU"/>
        </w:rPr>
        <w:t>материалах дисциплинарного производства письменными доказательствами в виде</w:t>
      </w:r>
    </w:p>
    <w:p w14:paraId="4EB6B48A" w14:textId="77777777" w:rsidR="00996808" w:rsidRPr="00996808" w:rsidRDefault="00996808" w:rsidP="00996808">
      <w:pPr>
        <w:ind w:right="-285"/>
        <w:rPr>
          <w:lang w:val="ru-RU"/>
        </w:rPr>
      </w:pPr>
      <w:r w:rsidRPr="00996808">
        <w:rPr>
          <w:lang w:val="ru-RU"/>
        </w:rPr>
        <w:t>докладных бухгалтера САП и не отрицается самим адвокатом.</w:t>
      </w:r>
    </w:p>
    <w:p w14:paraId="5238ED3F" w14:textId="77777777" w:rsidR="00996808" w:rsidRPr="00996808" w:rsidRDefault="00996808" w:rsidP="00996808">
      <w:pPr>
        <w:ind w:right="-285"/>
        <w:rPr>
          <w:lang w:val="ru-RU"/>
        </w:rPr>
      </w:pPr>
      <w:r w:rsidRPr="00996808">
        <w:rPr>
          <w:lang w:val="ru-RU"/>
        </w:rPr>
        <w:t>К выводу о том, что адвокат Ж. умышленно нарушил обязанность по уплате обязательных</w:t>
      </w:r>
    </w:p>
    <w:p w14:paraId="6CF25EEE" w14:textId="77777777" w:rsidR="00996808" w:rsidRPr="00996808" w:rsidRDefault="00996808" w:rsidP="00996808">
      <w:pPr>
        <w:ind w:right="-285"/>
        <w:rPr>
          <w:lang w:val="ru-RU"/>
        </w:rPr>
      </w:pPr>
      <w:r w:rsidRPr="00996808">
        <w:rPr>
          <w:lang w:val="ru-RU"/>
        </w:rPr>
        <w:t>отчислений на общие нужды адвокатской палаты Квалификационная комиссия пришла в</w:t>
      </w:r>
    </w:p>
    <w:p w14:paraId="2930B085" w14:textId="77777777" w:rsidR="00996808" w:rsidRPr="00996808" w:rsidRDefault="00996808" w:rsidP="00996808">
      <w:pPr>
        <w:ind w:right="-285"/>
        <w:rPr>
          <w:lang w:val="ru-RU"/>
        </w:rPr>
      </w:pPr>
      <w:r w:rsidRPr="00996808">
        <w:rPr>
          <w:lang w:val="ru-RU"/>
        </w:rPr>
        <w:t>связи с тем, что адвокат осуществляет деятельность более двадцати лет, о наличии у него</w:t>
      </w:r>
    </w:p>
    <w:p w14:paraId="4BF0B2E9" w14:textId="77777777" w:rsidR="00996808" w:rsidRPr="00996808" w:rsidRDefault="00996808" w:rsidP="00996808">
      <w:pPr>
        <w:ind w:right="-285"/>
        <w:rPr>
          <w:lang w:val="ru-RU"/>
        </w:rPr>
      </w:pPr>
      <w:r w:rsidRPr="00996808">
        <w:rPr>
          <w:lang w:val="ru-RU"/>
        </w:rPr>
        <w:t>этой обязанности, о размере обязательных отчислений, о наличии длительной</w:t>
      </w:r>
    </w:p>
    <w:p w14:paraId="6C0C7141" w14:textId="77777777" w:rsidR="00996808" w:rsidRPr="00996808" w:rsidRDefault="00996808" w:rsidP="00996808">
      <w:pPr>
        <w:ind w:right="-285"/>
        <w:rPr>
          <w:lang w:val="ru-RU"/>
        </w:rPr>
      </w:pPr>
      <w:r w:rsidRPr="00996808">
        <w:rPr>
          <w:lang w:val="ru-RU"/>
        </w:rPr>
        <w:t>задолженности был осведомлен, противоправность своего поведения осознает, а</w:t>
      </w:r>
    </w:p>
    <w:p w14:paraId="3461B7EF" w14:textId="77777777" w:rsidR="00996808" w:rsidRPr="00996808" w:rsidRDefault="00996808" w:rsidP="00996808">
      <w:pPr>
        <w:ind w:right="-285"/>
        <w:rPr>
          <w:lang w:val="ru-RU"/>
        </w:rPr>
      </w:pPr>
      <w:r w:rsidRPr="00996808">
        <w:rPr>
          <w:lang w:val="ru-RU"/>
        </w:rPr>
        <w:t>объяснения адвоката о возникновении задолженности в связи с неосуществлением</w:t>
      </w:r>
    </w:p>
    <w:p w14:paraId="23DA2644" w14:textId="77777777" w:rsidR="00996808" w:rsidRPr="00996808" w:rsidRDefault="00996808" w:rsidP="00996808">
      <w:pPr>
        <w:ind w:right="-285"/>
        <w:rPr>
          <w:lang w:val="ru-RU"/>
        </w:rPr>
      </w:pPr>
      <w:r w:rsidRPr="00996808">
        <w:rPr>
          <w:lang w:val="ru-RU"/>
        </w:rPr>
        <w:t>оплачиваемой адвокатской деятельности по личными и семенными проблемам не влияют</w:t>
      </w:r>
    </w:p>
    <w:p w14:paraId="02FABB66" w14:textId="77777777" w:rsidR="00996808" w:rsidRPr="00996808" w:rsidRDefault="00996808" w:rsidP="00996808">
      <w:pPr>
        <w:ind w:right="-285"/>
        <w:rPr>
          <w:lang w:val="ru-RU"/>
        </w:rPr>
      </w:pPr>
      <w:r w:rsidRPr="00996808">
        <w:rPr>
          <w:lang w:val="ru-RU"/>
        </w:rPr>
        <w:t>Обзор дисциплинарной практики 2025/2026</w:t>
      </w:r>
    </w:p>
    <w:p w14:paraId="67F3F079" w14:textId="77777777" w:rsidR="00996808" w:rsidRPr="00996808" w:rsidRDefault="00996808" w:rsidP="00996808">
      <w:pPr>
        <w:ind w:right="-285"/>
        <w:rPr>
          <w:lang w:val="ru-RU"/>
        </w:rPr>
      </w:pPr>
      <w:r w:rsidRPr="00996808">
        <w:rPr>
          <w:lang w:val="ru-RU"/>
        </w:rPr>
        <w:t>6</w:t>
      </w:r>
    </w:p>
    <w:p w14:paraId="145D498C" w14:textId="77777777" w:rsidR="00996808" w:rsidRPr="00996808" w:rsidRDefault="00996808" w:rsidP="00996808">
      <w:pPr>
        <w:ind w:right="-285"/>
        <w:rPr>
          <w:lang w:val="ru-RU"/>
        </w:rPr>
      </w:pPr>
      <w:r w:rsidRPr="00996808">
        <w:rPr>
          <w:lang w:val="ru-RU"/>
        </w:rPr>
        <w:t>на оценку его действий, поскольку каждый адвокат обязан исполнять решения органов</w:t>
      </w:r>
    </w:p>
    <w:p w14:paraId="59DB4671" w14:textId="77777777" w:rsidR="00996808" w:rsidRPr="00996808" w:rsidRDefault="00996808" w:rsidP="00996808">
      <w:pPr>
        <w:ind w:right="-285"/>
        <w:rPr>
          <w:lang w:val="ru-RU"/>
        </w:rPr>
      </w:pPr>
      <w:r w:rsidRPr="00996808">
        <w:rPr>
          <w:lang w:val="ru-RU"/>
        </w:rPr>
        <w:t>адвокатской палаты субъекта Российской Федерации, Федеральной палаты адвокатов</w:t>
      </w:r>
    </w:p>
    <w:p w14:paraId="4C2A3AEF" w14:textId="77777777" w:rsidR="00996808" w:rsidRPr="00996808" w:rsidRDefault="00996808" w:rsidP="00996808">
      <w:pPr>
        <w:ind w:right="-285"/>
        <w:rPr>
          <w:lang w:val="ru-RU"/>
        </w:rPr>
      </w:pPr>
      <w:r w:rsidRPr="00996808">
        <w:rPr>
          <w:lang w:val="ru-RU"/>
        </w:rPr>
        <w:t>Российской Федерации, принятые в пределах их компетенции (подп. 4 п. 1 ст. 7</w:t>
      </w:r>
    </w:p>
    <w:p w14:paraId="0B23D385" w14:textId="77777777" w:rsidR="00996808" w:rsidRPr="00996808" w:rsidRDefault="00996808" w:rsidP="00996808">
      <w:pPr>
        <w:ind w:right="-285"/>
        <w:rPr>
          <w:lang w:val="ru-RU"/>
        </w:rPr>
      </w:pPr>
      <w:r w:rsidRPr="00996808">
        <w:rPr>
          <w:lang w:val="ru-RU"/>
        </w:rPr>
        <w:t>Федерального закона «Об адвокатской деятельности и адвокатуре в Российской</w:t>
      </w:r>
    </w:p>
    <w:p w14:paraId="78764FFB" w14:textId="77777777" w:rsidR="00996808" w:rsidRPr="00996808" w:rsidRDefault="00996808" w:rsidP="00996808">
      <w:pPr>
        <w:ind w:right="-285"/>
        <w:rPr>
          <w:lang w:val="ru-RU"/>
        </w:rPr>
      </w:pPr>
      <w:r w:rsidRPr="00996808">
        <w:rPr>
          <w:lang w:val="ru-RU"/>
        </w:rPr>
        <w:t>Федерации»).</w:t>
      </w:r>
    </w:p>
    <w:p w14:paraId="6DE75900" w14:textId="77777777" w:rsidR="00996808" w:rsidRPr="00996808" w:rsidRDefault="00996808" w:rsidP="00996808">
      <w:pPr>
        <w:ind w:right="-285"/>
        <w:rPr>
          <w:lang w:val="ru-RU"/>
        </w:rPr>
      </w:pPr>
      <w:r w:rsidRPr="00996808">
        <w:rPr>
          <w:lang w:val="ru-RU"/>
        </w:rPr>
        <w:t>Оценив доказательства, Квалификационная комиссия признала, что в полученных в ходе</w:t>
      </w:r>
    </w:p>
    <w:p w14:paraId="5F4E48C3" w14:textId="77777777" w:rsidR="00996808" w:rsidRPr="00996808" w:rsidRDefault="00996808" w:rsidP="00996808">
      <w:pPr>
        <w:ind w:right="-285"/>
        <w:rPr>
          <w:lang w:val="ru-RU"/>
        </w:rPr>
      </w:pPr>
      <w:r w:rsidRPr="00996808">
        <w:rPr>
          <w:lang w:val="ru-RU"/>
        </w:rPr>
        <w:t>разбирательства фактических данных имелись достаточные сведения, свидетельствующие</w:t>
      </w:r>
    </w:p>
    <w:p w14:paraId="594A531B" w14:textId="77777777" w:rsidR="00996808" w:rsidRPr="00996808" w:rsidRDefault="00996808" w:rsidP="00996808">
      <w:pPr>
        <w:ind w:right="-285"/>
        <w:rPr>
          <w:lang w:val="ru-RU"/>
        </w:rPr>
      </w:pPr>
      <w:r w:rsidRPr="00996808">
        <w:rPr>
          <w:lang w:val="ru-RU"/>
        </w:rPr>
        <w:t>о нарушении адвокатом Ж. норм законодательства об адвокатской деятельности и</w:t>
      </w:r>
    </w:p>
    <w:p w14:paraId="13630CBA" w14:textId="77777777" w:rsidR="00996808" w:rsidRPr="00996808" w:rsidRDefault="00996808" w:rsidP="00996808">
      <w:pPr>
        <w:ind w:right="-285"/>
        <w:rPr>
          <w:lang w:val="ru-RU"/>
        </w:rPr>
      </w:pPr>
      <w:r w:rsidRPr="00996808">
        <w:rPr>
          <w:lang w:val="ru-RU"/>
        </w:rPr>
        <w:t>адвокатуре и проведя голосование вынесла заключение, о наличии в действиях</w:t>
      </w:r>
    </w:p>
    <w:p w14:paraId="59EBEDD9" w14:textId="77777777" w:rsidR="00996808" w:rsidRPr="00996808" w:rsidRDefault="00996808" w:rsidP="00996808">
      <w:pPr>
        <w:ind w:right="-285"/>
        <w:rPr>
          <w:lang w:val="ru-RU"/>
        </w:rPr>
      </w:pPr>
      <w:r w:rsidRPr="00996808">
        <w:rPr>
          <w:lang w:val="ru-RU"/>
        </w:rPr>
        <w:t>(бездействии) адвоката Ж. нарушений предусмотренных подпунктом 4 пункта 1 статьи 7,</w:t>
      </w:r>
    </w:p>
    <w:p w14:paraId="4B10731A" w14:textId="77777777" w:rsidR="00996808" w:rsidRPr="00996808" w:rsidRDefault="00996808" w:rsidP="00996808">
      <w:pPr>
        <w:ind w:right="-285"/>
        <w:rPr>
          <w:lang w:val="ru-RU"/>
        </w:rPr>
      </w:pPr>
      <w:r w:rsidRPr="00996808">
        <w:rPr>
          <w:lang w:val="ru-RU"/>
        </w:rPr>
        <w:t>подпунктом 5 пункта 1 статьи 7 Федерального закона от 31 мая 2002 года № 63-ФЗ «Об</w:t>
      </w:r>
    </w:p>
    <w:p w14:paraId="511C7B0B" w14:textId="77777777" w:rsidR="00996808" w:rsidRPr="00996808" w:rsidRDefault="00996808" w:rsidP="00996808">
      <w:pPr>
        <w:ind w:right="-285"/>
        <w:rPr>
          <w:lang w:val="ru-RU"/>
        </w:rPr>
      </w:pPr>
      <w:r w:rsidRPr="00996808">
        <w:rPr>
          <w:lang w:val="ru-RU"/>
        </w:rPr>
        <w:t>адвокатской деятельности и адвокатуре в Российской Федерации», пунктом 6 статьи 15</w:t>
      </w:r>
    </w:p>
    <w:p w14:paraId="4CA94397" w14:textId="77777777" w:rsidR="00996808" w:rsidRPr="00996808" w:rsidRDefault="00996808" w:rsidP="00996808">
      <w:pPr>
        <w:ind w:right="-285"/>
        <w:rPr>
          <w:lang w:val="ru-RU"/>
        </w:rPr>
      </w:pPr>
      <w:r w:rsidRPr="00996808">
        <w:rPr>
          <w:lang w:val="ru-RU"/>
        </w:rPr>
        <w:t>Кодекса профессиональной этики адвоката.</w:t>
      </w:r>
    </w:p>
    <w:p w14:paraId="1492D598" w14:textId="77777777" w:rsidR="00996808" w:rsidRPr="00996808" w:rsidRDefault="00996808" w:rsidP="00996808">
      <w:pPr>
        <w:ind w:right="-285"/>
        <w:rPr>
          <w:lang w:val="ru-RU"/>
        </w:rPr>
      </w:pPr>
      <w:r w:rsidRPr="00996808">
        <w:rPr>
          <w:lang w:val="ru-RU"/>
        </w:rPr>
        <w:t>Совет адвокатской палаты, рассмотрев поступившее с заключением дисциплинарное</w:t>
      </w:r>
    </w:p>
    <w:p w14:paraId="6018E49C" w14:textId="77777777" w:rsidR="00996808" w:rsidRPr="00996808" w:rsidRDefault="00996808" w:rsidP="00996808">
      <w:pPr>
        <w:ind w:right="-285"/>
        <w:rPr>
          <w:lang w:val="ru-RU"/>
        </w:rPr>
      </w:pPr>
      <w:r w:rsidRPr="00996808">
        <w:rPr>
          <w:lang w:val="ru-RU"/>
        </w:rPr>
        <w:t>производство согласился с Квалификационной комиссией и принял решение о применении</w:t>
      </w:r>
    </w:p>
    <w:p w14:paraId="36071DF2" w14:textId="77777777" w:rsidR="00996808" w:rsidRPr="00996808" w:rsidRDefault="00996808" w:rsidP="00996808">
      <w:pPr>
        <w:ind w:right="-285"/>
        <w:rPr>
          <w:lang w:val="ru-RU"/>
        </w:rPr>
      </w:pPr>
      <w:r w:rsidRPr="00996808">
        <w:rPr>
          <w:lang w:val="ru-RU"/>
        </w:rPr>
        <w:t>к адвокату мер дисциплинарной ответственности, предусмотренных статьей 18 настоящего</w:t>
      </w:r>
    </w:p>
    <w:p w14:paraId="4A14AE9F" w14:textId="77777777" w:rsidR="00996808" w:rsidRPr="00996808" w:rsidRDefault="00996808" w:rsidP="00996808">
      <w:pPr>
        <w:ind w:right="-285"/>
        <w:rPr>
          <w:lang w:val="ru-RU"/>
        </w:rPr>
      </w:pPr>
      <w:r w:rsidRPr="00996808">
        <w:rPr>
          <w:lang w:val="ru-RU"/>
        </w:rPr>
        <w:t>Кодекса в виде замечания.</w:t>
      </w:r>
    </w:p>
    <w:p w14:paraId="167BDE35" w14:textId="77777777" w:rsidR="00996808" w:rsidRPr="00996808" w:rsidRDefault="00996808" w:rsidP="00996808">
      <w:pPr>
        <w:ind w:right="-285"/>
        <w:rPr>
          <w:lang w:val="ru-RU"/>
        </w:rPr>
      </w:pPr>
      <w:r w:rsidRPr="00996808">
        <w:rPr>
          <w:lang w:val="ru-RU"/>
        </w:rPr>
        <w:t>III. Дисциплинарное дело, возбужденное по представлению начальника Управления</w:t>
      </w:r>
    </w:p>
    <w:p w14:paraId="290865EE" w14:textId="77777777" w:rsidR="00996808" w:rsidRPr="00996808" w:rsidRDefault="00996808" w:rsidP="00996808">
      <w:pPr>
        <w:ind w:right="-285"/>
        <w:rPr>
          <w:lang w:val="ru-RU"/>
        </w:rPr>
      </w:pPr>
      <w:r w:rsidRPr="00996808">
        <w:rPr>
          <w:lang w:val="ru-RU"/>
        </w:rPr>
        <w:t>Министерства юстиции РФ по Сахалинской области</w:t>
      </w:r>
    </w:p>
    <w:p w14:paraId="423B2AA9" w14:textId="77777777" w:rsidR="00996808" w:rsidRPr="00996808" w:rsidRDefault="00996808" w:rsidP="00996808">
      <w:pPr>
        <w:ind w:right="-285"/>
        <w:rPr>
          <w:lang w:val="ru-RU"/>
        </w:rPr>
      </w:pPr>
      <w:r w:rsidRPr="00996808">
        <w:rPr>
          <w:lang w:val="ru-RU"/>
        </w:rPr>
        <w:t>3.1. Адвокат Л. был привлечен Советом к дисциплинарной ответственности за отказ</w:t>
      </w:r>
    </w:p>
    <w:p w14:paraId="72E06F02" w14:textId="77777777" w:rsidR="00996808" w:rsidRPr="00996808" w:rsidRDefault="00996808" w:rsidP="00996808">
      <w:pPr>
        <w:ind w:right="-285"/>
        <w:rPr>
          <w:lang w:val="ru-RU"/>
        </w:rPr>
      </w:pPr>
      <w:r w:rsidRPr="00996808">
        <w:rPr>
          <w:lang w:val="ru-RU"/>
        </w:rPr>
        <w:t>от подписания процессуальных документов, в том числе протокола допроса</w:t>
      </w:r>
    </w:p>
    <w:p w14:paraId="270F82DC" w14:textId="77777777" w:rsidR="00996808" w:rsidRPr="00996808" w:rsidRDefault="00996808" w:rsidP="00996808">
      <w:pPr>
        <w:ind w:right="-285"/>
        <w:rPr>
          <w:lang w:val="ru-RU"/>
        </w:rPr>
      </w:pPr>
      <w:r w:rsidRPr="00996808">
        <w:rPr>
          <w:lang w:val="ru-RU"/>
        </w:rPr>
        <w:t>обвиняемой, а также неоднократных высказываний не относящихся к производству</w:t>
      </w:r>
    </w:p>
    <w:p w14:paraId="191BF164" w14:textId="77777777" w:rsidR="00996808" w:rsidRPr="00996808" w:rsidRDefault="00996808" w:rsidP="00996808">
      <w:pPr>
        <w:ind w:right="-285"/>
        <w:rPr>
          <w:lang w:val="ru-RU"/>
        </w:rPr>
      </w:pPr>
      <w:r w:rsidRPr="00996808">
        <w:rPr>
          <w:lang w:val="ru-RU"/>
        </w:rPr>
        <w:t>предварительного следствия и предмету процессуального действия, затрагивающие</w:t>
      </w:r>
    </w:p>
    <w:p w14:paraId="60083708" w14:textId="77777777" w:rsidR="00996808" w:rsidRPr="00996808" w:rsidRDefault="00996808" w:rsidP="00996808">
      <w:pPr>
        <w:ind w:right="-285"/>
        <w:rPr>
          <w:lang w:val="ru-RU"/>
        </w:rPr>
      </w:pPr>
      <w:r w:rsidRPr="00996808">
        <w:rPr>
          <w:lang w:val="ru-RU"/>
        </w:rPr>
        <w:lastRenderedPageBreak/>
        <w:t>честь и достоинство сотрудника правоохранительного и носящие явный</w:t>
      </w:r>
    </w:p>
    <w:p w14:paraId="36342677" w14:textId="77777777" w:rsidR="00996808" w:rsidRPr="00996808" w:rsidRDefault="00996808" w:rsidP="00996808">
      <w:pPr>
        <w:ind w:right="-285"/>
        <w:rPr>
          <w:lang w:val="ru-RU"/>
        </w:rPr>
      </w:pPr>
      <w:r w:rsidRPr="00996808">
        <w:rPr>
          <w:lang w:val="ru-RU"/>
        </w:rPr>
        <w:t>уничижительный характер.</w:t>
      </w:r>
    </w:p>
    <w:p w14:paraId="09B4870A" w14:textId="77777777" w:rsidR="00996808" w:rsidRPr="00996808" w:rsidRDefault="00996808" w:rsidP="00996808">
      <w:pPr>
        <w:ind w:right="-285"/>
        <w:rPr>
          <w:lang w:val="ru-RU"/>
        </w:rPr>
      </w:pPr>
      <w:r w:rsidRPr="00996808">
        <w:rPr>
          <w:lang w:val="ru-RU"/>
        </w:rPr>
        <w:t>Поводом для возбуждения дисциплинарного производства послужило представление</w:t>
      </w:r>
    </w:p>
    <w:p w14:paraId="6DAD3C02" w14:textId="77777777" w:rsidR="00996808" w:rsidRPr="00996808" w:rsidRDefault="00996808" w:rsidP="00996808">
      <w:pPr>
        <w:ind w:right="-285"/>
        <w:rPr>
          <w:lang w:val="ru-RU"/>
        </w:rPr>
      </w:pPr>
      <w:r w:rsidRPr="00996808">
        <w:rPr>
          <w:lang w:val="ru-RU"/>
        </w:rPr>
        <w:t>начальника Управления Министерства юстиции РФ по Сахалинской области из которого</w:t>
      </w:r>
    </w:p>
    <w:p w14:paraId="29E40D77" w14:textId="77777777" w:rsidR="00996808" w:rsidRPr="00996808" w:rsidRDefault="00996808" w:rsidP="00996808">
      <w:pPr>
        <w:ind w:right="-285"/>
        <w:rPr>
          <w:lang w:val="ru-RU"/>
        </w:rPr>
      </w:pPr>
      <w:r w:rsidRPr="00996808">
        <w:rPr>
          <w:lang w:val="ru-RU"/>
        </w:rPr>
        <w:t>следовало, что из Управления Министерства внутренних дел Российской Федерации по</w:t>
      </w:r>
    </w:p>
    <w:p w14:paraId="2CE567EC" w14:textId="77777777" w:rsidR="00996808" w:rsidRPr="00996808" w:rsidRDefault="00996808" w:rsidP="00996808">
      <w:pPr>
        <w:ind w:right="-285"/>
        <w:rPr>
          <w:lang w:val="ru-RU"/>
        </w:rPr>
      </w:pPr>
      <w:r w:rsidRPr="00996808">
        <w:rPr>
          <w:lang w:val="ru-RU"/>
        </w:rPr>
        <w:t>Сахалинской области (далее - УМВД России по Сахалинской области) поступила</w:t>
      </w:r>
    </w:p>
    <w:p w14:paraId="77D08C77" w14:textId="77777777" w:rsidR="00996808" w:rsidRPr="00996808" w:rsidRDefault="00996808" w:rsidP="00996808">
      <w:pPr>
        <w:ind w:right="-285"/>
        <w:rPr>
          <w:lang w:val="ru-RU"/>
        </w:rPr>
      </w:pPr>
      <w:r w:rsidRPr="00996808">
        <w:rPr>
          <w:lang w:val="ru-RU"/>
        </w:rPr>
        <w:t>информация о внесении представления о прекращении статуса адвоката Л. в связи с</w:t>
      </w:r>
    </w:p>
    <w:p w14:paraId="16A9B93A" w14:textId="77777777" w:rsidR="00996808" w:rsidRPr="00996808" w:rsidRDefault="00996808" w:rsidP="00996808">
      <w:pPr>
        <w:ind w:right="-285"/>
        <w:rPr>
          <w:lang w:val="ru-RU"/>
        </w:rPr>
      </w:pPr>
      <w:r w:rsidRPr="00996808">
        <w:rPr>
          <w:lang w:val="ru-RU"/>
        </w:rPr>
        <w:t>допущением последним грубого нарушения требований статьи 167 Уголовно-</w:t>
      </w:r>
    </w:p>
    <w:p w14:paraId="0833B3A0" w14:textId="77777777" w:rsidR="00996808" w:rsidRPr="00996808" w:rsidRDefault="00996808" w:rsidP="00996808">
      <w:pPr>
        <w:ind w:right="-285"/>
        <w:rPr>
          <w:lang w:val="ru-RU"/>
        </w:rPr>
      </w:pPr>
      <w:r w:rsidRPr="00996808">
        <w:rPr>
          <w:lang w:val="ru-RU"/>
        </w:rPr>
        <w:t>процессуального кодекса Российской Федерации (далее - УПК РФ), выразившееся в отказе</w:t>
      </w:r>
    </w:p>
    <w:p w14:paraId="427EB487" w14:textId="77777777" w:rsidR="00996808" w:rsidRPr="00996808" w:rsidRDefault="00996808" w:rsidP="00996808">
      <w:pPr>
        <w:ind w:right="-285"/>
        <w:rPr>
          <w:lang w:val="ru-RU"/>
        </w:rPr>
      </w:pPr>
      <w:r w:rsidRPr="00996808">
        <w:rPr>
          <w:lang w:val="ru-RU"/>
        </w:rPr>
        <w:t>от подписания каких-либо процессуальных документов, в том числе протокола допроса</w:t>
      </w:r>
    </w:p>
    <w:p w14:paraId="11E069C0" w14:textId="77777777" w:rsidR="00996808" w:rsidRPr="00996808" w:rsidRDefault="00996808" w:rsidP="00996808">
      <w:pPr>
        <w:ind w:right="-285"/>
        <w:rPr>
          <w:lang w:val="ru-RU"/>
        </w:rPr>
      </w:pPr>
      <w:r w:rsidRPr="00996808">
        <w:rPr>
          <w:lang w:val="ru-RU"/>
        </w:rPr>
        <w:t>обвиняемой, а также неоднократных высказываний не относящихся к производству</w:t>
      </w:r>
    </w:p>
    <w:p w14:paraId="6945A1E5" w14:textId="77777777" w:rsidR="00996808" w:rsidRPr="00996808" w:rsidRDefault="00996808" w:rsidP="00996808">
      <w:pPr>
        <w:ind w:right="-285"/>
        <w:rPr>
          <w:lang w:val="ru-RU"/>
        </w:rPr>
      </w:pPr>
      <w:r w:rsidRPr="00996808">
        <w:rPr>
          <w:lang w:val="ru-RU"/>
        </w:rPr>
        <w:t>предварительного следствия и предмету процессуального действия, затрагивающие честь и</w:t>
      </w:r>
    </w:p>
    <w:p w14:paraId="2F60C268" w14:textId="77777777" w:rsidR="00996808" w:rsidRPr="00996808" w:rsidRDefault="00996808" w:rsidP="00996808">
      <w:pPr>
        <w:ind w:right="-285"/>
        <w:rPr>
          <w:lang w:val="ru-RU"/>
        </w:rPr>
      </w:pPr>
      <w:r w:rsidRPr="00996808">
        <w:rPr>
          <w:lang w:val="ru-RU"/>
        </w:rPr>
        <w:t>достоинство сотрудника правоохранительного и носящие явный уничижительный</w:t>
      </w:r>
    </w:p>
    <w:p w14:paraId="2E0EDF0F" w14:textId="77777777" w:rsidR="00996808" w:rsidRPr="00996808" w:rsidRDefault="00996808" w:rsidP="00996808">
      <w:pPr>
        <w:ind w:right="-285"/>
        <w:rPr>
          <w:lang w:val="ru-RU"/>
        </w:rPr>
      </w:pPr>
      <w:r w:rsidRPr="00996808">
        <w:rPr>
          <w:lang w:val="ru-RU"/>
        </w:rPr>
        <w:t>характер.</w:t>
      </w:r>
    </w:p>
    <w:p w14:paraId="0B8FFCAC" w14:textId="77777777" w:rsidR="00996808" w:rsidRPr="00996808" w:rsidRDefault="00996808" w:rsidP="00996808">
      <w:pPr>
        <w:ind w:right="-285"/>
        <w:rPr>
          <w:lang w:val="ru-RU"/>
        </w:rPr>
      </w:pPr>
      <w:r w:rsidRPr="00996808">
        <w:rPr>
          <w:lang w:val="ru-RU"/>
        </w:rPr>
        <w:t>В результате дисциплинарного разбирательства были установлены следующие</w:t>
      </w:r>
    </w:p>
    <w:p w14:paraId="2DDD0B22" w14:textId="77777777" w:rsidR="00996808" w:rsidRPr="00996808" w:rsidRDefault="00996808" w:rsidP="00996808">
      <w:pPr>
        <w:ind w:right="-285"/>
        <w:rPr>
          <w:lang w:val="ru-RU"/>
        </w:rPr>
      </w:pPr>
      <w:r w:rsidRPr="00996808">
        <w:rPr>
          <w:lang w:val="ru-RU"/>
        </w:rPr>
        <w:t>фактические обстоятельства.</w:t>
      </w:r>
    </w:p>
    <w:p w14:paraId="1400D71E" w14:textId="77777777" w:rsidR="00996808" w:rsidRPr="00996808" w:rsidRDefault="00996808" w:rsidP="00996808">
      <w:pPr>
        <w:ind w:right="-285"/>
        <w:rPr>
          <w:lang w:val="ru-RU"/>
        </w:rPr>
      </w:pPr>
      <w:r w:rsidRPr="00996808">
        <w:rPr>
          <w:lang w:val="ru-RU"/>
        </w:rPr>
        <w:t>В производстве следователя СУ УМВД России по г. Южно-Сахалинску находилось</w:t>
      </w:r>
    </w:p>
    <w:p w14:paraId="7F496379" w14:textId="77777777" w:rsidR="00996808" w:rsidRPr="00996808" w:rsidRDefault="00996808" w:rsidP="00996808">
      <w:pPr>
        <w:ind w:right="-285"/>
        <w:rPr>
          <w:lang w:val="ru-RU"/>
        </w:rPr>
      </w:pPr>
      <w:r w:rsidRPr="00996808">
        <w:rPr>
          <w:lang w:val="ru-RU"/>
        </w:rPr>
        <w:t>уголовное дело № 0000 в отношении К. возбужденное по признакам преступления,</w:t>
      </w:r>
    </w:p>
    <w:p w14:paraId="3D7A2765" w14:textId="77777777" w:rsidR="00996808" w:rsidRPr="00996808" w:rsidRDefault="00996808" w:rsidP="00996808">
      <w:pPr>
        <w:ind w:right="-285"/>
        <w:rPr>
          <w:lang w:val="ru-RU"/>
        </w:rPr>
      </w:pPr>
      <w:r w:rsidRPr="00996808">
        <w:rPr>
          <w:lang w:val="ru-RU"/>
        </w:rPr>
        <w:t>предусмотренного ч. 3 ст. 160 УК РФ, защиту которой на основании постановления</w:t>
      </w:r>
    </w:p>
    <w:p w14:paraId="12463313" w14:textId="77777777" w:rsidR="00996808" w:rsidRPr="00996808" w:rsidRDefault="00996808" w:rsidP="00996808">
      <w:pPr>
        <w:ind w:right="-285"/>
        <w:rPr>
          <w:lang w:val="ru-RU"/>
        </w:rPr>
      </w:pPr>
      <w:r w:rsidRPr="00996808">
        <w:rPr>
          <w:lang w:val="ru-RU"/>
        </w:rPr>
        <w:t>следователя о назначении защитника осуществлял адвокат Л.</w:t>
      </w:r>
    </w:p>
    <w:p w14:paraId="2A220A2A" w14:textId="77777777" w:rsidR="00996808" w:rsidRPr="00996808" w:rsidRDefault="00996808" w:rsidP="00996808">
      <w:pPr>
        <w:ind w:right="-285"/>
        <w:rPr>
          <w:lang w:val="ru-RU"/>
        </w:rPr>
      </w:pPr>
      <w:r w:rsidRPr="00996808">
        <w:rPr>
          <w:lang w:val="ru-RU"/>
        </w:rPr>
        <w:t>Обзор дисциплинарной практики 2025/2026</w:t>
      </w:r>
    </w:p>
    <w:p w14:paraId="76ECB1D0" w14:textId="77777777" w:rsidR="00996808" w:rsidRPr="00996808" w:rsidRDefault="00996808" w:rsidP="00996808">
      <w:pPr>
        <w:ind w:right="-285"/>
        <w:rPr>
          <w:lang w:val="ru-RU"/>
        </w:rPr>
      </w:pPr>
      <w:r w:rsidRPr="00996808">
        <w:rPr>
          <w:lang w:val="ru-RU"/>
        </w:rPr>
        <w:t>7</w:t>
      </w:r>
    </w:p>
    <w:p w14:paraId="716E807B" w14:textId="77777777" w:rsidR="00996808" w:rsidRPr="00996808" w:rsidRDefault="00996808" w:rsidP="00996808">
      <w:pPr>
        <w:ind w:right="-285"/>
        <w:rPr>
          <w:lang w:val="ru-RU"/>
        </w:rPr>
      </w:pPr>
      <w:r w:rsidRPr="00996808">
        <w:rPr>
          <w:lang w:val="ru-RU"/>
        </w:rPr>
        <w:t>Следователь по телефону уведомил адвоката и его подзащитную о необходимости им</w:t>
      </w:r>
    </w:p>
    <w:p w14:paraId="3743DB8E" w14:textId="77777777" w:rsidR="00996808" w:rsidRPr="00996808" w:rsidRDefault="00996808" w:rsidP="00996808">
      <w:pPr>
        <w:ind w:right="-285"/>
        <w:rPr>
          <w:lang w:val="ru-RU"/>
        </w:rPr>
      </w:pPr>
      <w:r w:rsidRPr="00996808">
        <w:rPr>
          <w:lang w:val="ru-RU"/>
        </w:rPr>
        <w:t>прибыть для вручения повестки, по прибытии в УМВД России по г Южно-Сахалинску,</w:t>
      </w:r>
    </w:p>
    <w:p w14:paraId="414AAD94" w14:textId="77777777" w:rsidR="00996808" w:rsidRPr="00996808" w:rsidRDefault="00996808" w:rsidP="00996808">
      <w:pPr>
        <w:ind w:right="-285"/>
        <w:rPr>
          <w:lang w:val="ru-RU"/>
        </w:rPr>
      </w:pPr>
      <w:r w:rsidRPr="00996808">
        <w:rPr>
          <w:lang w:val="ru-RU"/>
        </w:rPr>
        <w:t>следователь уведомил адвоката и его подзащитную, что вместо вручения повестки будет</w:t>
      </w:r>
    </w:p>
    <w:p w14:paraId="68F1DC2F" w14:textId="77777777" w:rsidR="00996808" w:rsidRPr="00996808" w:rsidRDefault="00996808" w:rsidP="00996808">
      <w:pPr>
        <w:ind w:right="-285"/>
        <w:rPr>
          <w:lang w:val="ru-RU"/>
        </w:rPr>
      </w:pPr>
      <w:r w:rsidRPr="00996808">
        <w:rPr>
          <w:lang w:val="ru-RU"/>
        </w:rPr>
        <w:t>осуществлено процессуальное мероприятие - предъявление обвинения.</w:t>
      </w:r>
    </w:p>
    <w:p w14:paraId="2198D39D" w14:textId="77777777" w:rsidR="00996808" w:rsidRPr="00996808" w:rsidRDefault="00996808" w:rsidP="00996808">
      <w:pPr>
        <w:ind w:right="-285"/>
        <w:rPr>
          <w:lang w:val="ru-RU"/>
        </w:rPr>
      </w:pPr>
      <w:r w:rsidRPr="00996808">
        <w:rPr>
          <w:lang w:val="ru-RU"/>
        </w:rPr>
        <w:t>Подозреваемая в уведомлении о дне предъявления обвинения и в постановлении о</w:t>
      </w:r>
    </w:p>
    <w:p w14:paraId="7EFAEE05" w14:textId="77777777" w:rsidR="00996808" w:rsidRPr="00996808" w:rsidRDefault="00996808" w:rsidP="00996808">
      <w:pPr>
        <w:ind w:right="-285"/>
        <w:rPr>
          <w:lang w:val="ru-RU"/>
        </w:rPr>
      </w:pPr>
      <w:r w:rsidRPr="00996808">
        <w:rPr>
          <w:lang w:val="ru-RU"/>
        </w:rPr>
        <w:t>привлечении в качестве обвиняемого собственноручно заявила ходатайства о</w:t>
      </w:r>
    </w:p>
    <w:p w14:paraId="7B8A3AA9" w14:textId="77777777" w:rsidR="00996808" w:rsidRPr="00996808" w:rsidRDefault="00996808" w:rsidP="00996808">
      <w:pPr>
        <w:ind w:right="-285"/>
        <w:rPr>
          <w:lang w:val="ru-RU"/>
        </w:rPr>
      </w:pPr>
      <w:r w:rsidRPr="00996808">
        <w:rPr>
          <w:lang w:val="ru-RU"/>
        </w:rPr>
        <w:t>предоставлении времени на приглашение адвоката по соглашению, при этом от подписи</w:t>
      </w:r>
    </w:p>
    <w:p w14:paraId="00F9678D" w14:textId="77777777" w:rsidR="00996808" w:rsidRPr="00996808" w:rsidRDefault="00996808" w:rsidP="00996808">
      <w:pPr>
        <w:ind w:right="-285"/>
        <w:rPr>
          <w:lang w:val="ru-RU"/>
        </w:rPr>
      </w:pPr>
      <w:r w:rsidRPr="00996808">
        <w:rPr>
          <w:lang w:val="ru-RU"/>
        </w:rPr>
        <w:t>протокола следственного действия. и адвокат Л. отказались.</w:t>
      </w:r>
    </w:p>
    <w:p w14:paraId="7B062CF7" w14:textId="77777777" w:rsidR="00996808" w:rsidRPr="00996808" w:rsidRDefault="00996808" w:rsidP="00996808">
      <w:pPr>
        <w:ind w:right="-285"/>
        <w:rPr>
          <w:lang w:val="ru-RU"/>
        </w:rPr>
      </w:pPr>
      <w:r w:rsidRPr="00996808">
        <w:rPr>
          <w:lang w:val="ru-RU"/>
        </w:rPr>
        <w:t>В связи с отказом подозреваемой и защитника Л. от подписания протокола следственного</w:t>
      </w:r>
    </w:p>
    <w:p w14:paraId="36F7E808" w14:textId="77777777" w:rsidR="00996808" w:rsidRPr="00996808" w:rsidRDefault="00996808" w:rsidP="00996808">
      <w:pPr>
        <w:ind w:right="-285"/>
        <w:rPr>
          <w:lang w:val="ru-RU"/>
        </w:rPr>
      </w:pPr>
      <w:r w:rsidRPr="00996808">
        <w:rPr>
          <w:lang w:val="ru-RU"/>
        </w:rPr>
        <w:t>действия, следователем были приглашены понятые, после чего следователем факт отказа</w:t>
      </w:r>
    </w:p>
    <w:p w14:paraId="5F8D5A4A" w14:textId="77777777" w:rsidR="00996808" w:rsidRPr="00996808" w:rsidRDefault="00996808" w:rsidP="00996808">
      <w:pPr>
        <w:ind w:right="-285"/>
        <w:rPr>
          <w:lang w:val="ru-RU"/>
        </w:rPr>
      </w:pPr>
      <w:r w:rsidRPr="00996808">
        <w:rPr>
          <w:lang w:val="ru-RU"/>
        </w:rPr>
        <w:t>от подписания обвиняемой и адвокатом протоколов следственных действий были</w:t>
      </w:r>
    </w:p>
    <w:p w14:paraId="4CCDAB7D" w14:textId="77777777" w:rsidR="00996808" w:rsidRPr="00996808" w:rsidRDefault="00996808" w:rsidP="00996808">
      <w:pPr>
        <w:ind w:right="-285"/>
        <w:rPr>
          <w:lang w:val="ru-RU"/>
        </w:rPr>
      </w:pPr>
      <w:r w:rsidRPr="00996808">
        <w:rPr>
          <w:lang w:val="ru-RU"/>
        </w:rPr>
        <w:t>удостоверены понятыми.</w:t>
      </w:r>
    </w:p>
    <w:p w14:paraId="0938B5C0" w14:textId="77777777" w:rsidR="00996808" w:rsidRPr="00996808" w:rsidRDefault="00996808" w:rsidP="00996808">
      <w:pPr>
        <w:ind w:right="-285"/>
        <w:rPr>
          <w:lang w:val="ru-RU"/>
        </w:rPr>
      </w:pPr>
      <w:r w:rsidRPr="00996808">
        <w:rPr>
          <w:lang w:val="ru-RU"/>
        </w:rPr>
        <w:t>Из материалов дисциплинарного дела усматривается, что адвокат Л. фактически отказался</w:t>
      </w:r>
    </w:p>
    <w:p w14:paraId="5FA14A55" w14:textId="77777777" w:rsidR="00996808" w:rsidRPr="00996808" w:rsidRDefault="00996808" w:rsidP="00996808">
      <w:pPr>
        <w:ind w:right="-285"/>
        <w:rPr>
          <w:lang w:val="ru-RU"/>
        </w:rPr>
      </w:pPr>
      <w:r w:rsidRPr="00996808">
        <w:rPr>
          <w:lang w:val="ru-RU"/>
        </w:rPr>
        <w:lastRenderedPageBreak/>
        <w:t>от ознакомления с протоколами следственных действий и их подписания при объявлении</w:t>
      </w:r>
    </w:p>
    <w:p w14:paraId="49AD98F0" w14:textId="77777777" w:rsidR="00996808" w:rsidRPr="00996808" w:rsidRDefault="00996808" w:rsidP="00996808">
      <w:pPr>
        <w:ind w:right="-285"/>
        <w:rPr>
          <w:lang w:val="ru-RU"/>
        </w:rPr>
      </w:pPr>
      <w:r w:rsidRPr="00996808">
        <w:rPr>
          <w:lang w:val="ru-RU"/>
        </w:rPr>
        <w:t>обвинения и при её допросе в качестве обвиняемого по уголовному делу.</w:t>
      </w:r>
    </w:p>
    <w:p w14:paraId="23D104E8" w14:textId="77777777" w:rsidR="00996808" w:rsidRPr="00996808" w:rsidRDefault="00996808" w:rsidP="00996808">
      <w:pPr>
        <w:ind w:right="-285"/>
        <w:rPr>
          <w:lang w:val="ru-RU"/>
        </w:rPr>
      </w:pPr>
      <w:r w:rsidRPr="00996808">
        <w:rPr>
          <w:lang w:val="ru-RU"/>
        </w:rPr>
        <w:t>Адвокат Л. не реагировал надлежащим образом на действия (бездействие) следователя как</w:t>
      </w:r>
    </w:p>
    <w:p w14:paraId="24B60A54" w14:textId="77777777" w:rsidR="00996808" w:rsidRPr="00996808" w:rsidRDefault="00996808" w:rsidP="00996808">
      <w:pPr>
        <w:ind w:right="-285"/>
        <w:rPr>
          <w:lang w:val="ru-RU"/>
        </w:rPr>
      </w:pPr>
      <w:r w:rsidRPr="00996808">
        <w:rPr>
          <w:lang w:val="ru-RU"/>
        </w:rPr>
        <w:t>того требуют положения Стандарта, при этом, как следует из приобщенных письменных</w:t>
      </w:r>
    </w:p>
    <w:p w14:paraId="76B70E61" w14:textId="77777777" w:rsidR="00996808" w:rsidRPr="00996808" w:rsidRDefault="00996808" w:rsidP="00996808">
      <w:pPr>
        <w:ind w:right="-285"/>
        <w:rPr>
          <w:lang w:val="ru-RU"/>
        </w:rPr>
      </w:pPr>
      <w:r w:rsidRPr="00996808">
        <w:rPr>
          <w:lang w:val="ru-RU"/>
        </w:rPr>
        <w:t>объяснений адвоката, а также устных утверждений в ходе дисциплинарного производства,</w:t>
      </w:r>
    </w:p>
    <w:p w14:paraId="67AFA595" w14:textId="77777777" w:rsidR="00996808" w:rsidRPr="00996808" w:rsidRDefault="00996808" w:rsidP="00996808">
      <w:pPr>
        <w:ind w:right="-285"/>
        <w:rPr>
          <w:lang w:val="ru-RU"/>
        </w:rPr>
      </w:pPr>
      <w:r w:rsidRPr="00996808">
        <w:rPr>
          <w:lang w:val="ru-RU"/>
        </w:rPr>
        <w:t>действия следователя носили заведомо незаконный характер.</w:t>
      </w:r>
    </w:p>
    <w:p w14:paraId="58703931" w14:textId="77777777" w:rsidR="00996808" w:rsidRPr="00996808" w:rsidRDefault="00996808" w:rsidP="00996808">
      <w:pPr>
        <w:ind w:right="-285"/>
        <w:rPr>
          <w:lang w:val="ru-RU"/>
        </w:rPr>
      </w:pPr>
      <w:r w:rsidRPr="00996808">
        <w:rPr>
          <w:lang w:val="ru-RU"/>
        </w:rPr>
        <w:t>Адвокат Л. не принял необходимых мер, направленных на защиту прав и законных</w:t>
      </w:r>
    </w:p>
    <w:p w14:paraId="644EF480" w14:textId="77777777" w:rsidR="00996808" w:rsidRPr="00996808" w:rsidRDefault="00996808" w:rsidP="00996808">
      <w:pPr>
        <w:ind w:right="-285"/>
        <w:rPr>
          <w:lang w:val="ru-RU"/>
        </w:rPr>
      </w:pPr>
      <w:r w:rsidRPr="00996808">
        <w:rPr>
          <w:lang w:val="ru-RU"/>
        </w:rPr>
        <w:t>интересов подзащитной, а именно не заявлял ходатайств в процессуальных документах, не</w:t>
      </w:r>
    </w:p>
    <w:p w14:paraId="4406BB53" w14:textId="77777777" w:rsidR="00996808" w:rsidRPr="00996808" w:rsidRDefault="00996808" w:rsidP="00996808">
      <w:pPr>
        <w:ind w:right="-285"/>
        <w:rPr>
          <w:lang w:val="ru-RU"/>
        </w:rPr>
      </w:pPr>
      <w:r w:rsidRPr="00996808">
        <w:rPr>
          <w:lang w:val="ru-RU"/>
        </w:rPr>
        <w:t>вносил в них замечания, не реагировал надлежащим образом на заведомо незаконные</w:t>
      </w:r>
    </w:p>
    <w:p w14:paraId="514D3D69" w14:textId="77777777" w:rsidR="00996808" w:rsidRPr="00996808" w:rsidRDefault="00996808" w:rsidP="00996808">
      <w:pPr>
        <w:ind w:right="-285"/>
        <w:rPr>
          <w:lang w:val="ru-RU"/>
        </w:rPr>
      </w:pPr>
      <w:r w:rsidRPr="00996808">
        <w:rPr>
          <w:lang w:val="ru-RU"/>
        </w:rPr>
        <w:t>действия следователя, тем самым не обеспечил должной защиты при проведении</w:t>
      </w:r>
    </w:p>
    <w:p w14:paraId="1B39D251" w14:textId="77777777" w:rsidR="00996808" w:rsidRPr="00996808" w:rsidRDefault="00996808" w:rsidP="00996808">
      <w:pPr>
        <w:ind w:right="-285"/>
        <w:rPr>
          <w:lang w:val="ru-RU"/>
        </w:rPr>
      </w:pPr>
      <w:r w:rsidRPr="00996808">
        <w:rPr>
          <w:lang w:val="ru-RU"/>
        </w:rPr>
        <w:t>следственного действия: замечания в протокол не заявил, жалобу не подал, помощь</w:t>
      </w:r>
    </w:p>
    <w:p w14:paraId="144639DB" w14:textId="77777777" w:rsidR="00996808" w:rsidRPr="00996808" w:rsidRDefault="00996808" w:rsidP="00996808">
      <w:pPr>
        <w:ind w:right="-285"/>
        <w:rPr>
          <w:lang w:val="ru-RU"/>
        </w:rPr>
      </w:pPr>
      <w:r w:rsidRPr="00996808">
        <w:rPr>
          <w:lang w:val="ru-RU"/>
        </w:rPr>
        <w:t>подзащитному в правильном реагировании на указанное нарушение не оказал.</w:t>
      </w:r>
    </w:p>
    <w:p w14:paraId="65264486" w14:textId="77777777" w:rsidR="00996808" w:rsidRPr="00996808" w:rsidRDefault="00996808" w:rsidP="00996808">
      <w:pPr>
        <w:ind w:right="-285"/>
        <w:rPr>
          <w:lang w:val="ru-RU"/>
        </w:rPr>
      </w:pPr>
      <w:r w:rsidRPr="00996808">
        <w:rPr>
          <w:lang w:val="ru-RU"/>
        </w:rPr>
        <w:t>В ходе дисциплинарного разбирательства в Квалификационной комиссии и в Совете каких-</w:t>
      </w:r>
    </w:p>
    <w:p w14:paraId="081FAAD7" w14:textId="77777777" w:rsidR="00996808" w:rsidRPr="00996808" w:rsidRDefault="00996808" w:rsidP="00996808">
      <w:pPr>
        <w:ind w:right="-285"/>
        <w:rPr>
          <w:lang w:val="ru-RU"/>
        </w:rPr>
      </w:pPr>
      <w:r w:rsidRPr="00996808">
        <w:rPr>
          <w:lang w:val="ru-RU"/>
        </w:rPr>
        <w:t>либо обоснований тактической целесообразности такого бездействия адвокатом Л.</w:t>
      </w:r>
    </w:p>
    <w:p w14:paraId="41E9ABA2" w14:textId="77777777" w:rsidR="00996808" w:rsidRPr="00996808" w:rsidRDefault="00996808" w:rsidP="00996808">
      <w:pPr>
        <w:ind w:right="-285"/>
        <w:rPr>
          <w:lang w:val="ru-RU"/>
        </w:rPr>
      </w:pPr>
      <w:r w:rsidRPr="00996808">
        <w:rPr>
          <w:lang w:val="ru-RU"/>
        </w:rPr>
        <w:t>представлено не было, доводы адвоката ограничились тем, что он не мог подписать</w:t>
      </w:r>
    </w:p>
    <w:p w14:paraId="3C6A422A" w14:textId="77777777" w:rsidR="00996808" w:rsidRPr="00996808" w:rsidRDefault="00996808" w:rsidP="00996808">
      <w:pPr>
        <w:ind w:right="-285"/>
        <w:rPr>
          <w:lang w:val="ru-RU"/>
        </w:rPr>
      </w:pPr>
      <w:r w:rsidRPr="00996808">
        <w:rPr>
          <w:lang w:val="ru-RU"/>
        </w:rPr>
        <w:t>указанные процессуальные документы в силу того, что следователь их ему не предоставил,</w:t>
      </w:r>
    </w:p>
    <w:p w14:paraId="537916B4" w14:textId="77777777" w:rsidR="00996808" w:rsidRPr="00996808" w:rsidRDefault="00996808" w:rsidP="00996808">
      <w:pPr>
        <w:ind w:right="-285"/>
        <w:rPr>
          <w:lang w:val="ru-RU"/>
        </w:rPr>
      </w:pPr>
      <w:r w:rsidRPr="00996808">
        <w:rPr>
          <w:lang w:val="ru-RU"/>
        </w:rPr>
        <w:t>что объективными доказательствами не подтвердилось, в числе исследованными в</w:t>
      </w:r>
    </w:p>
    <w:p w14:paraId="6768E23C" w14:textId="77777777" w:rsidR="00996808" w:rsidRPr="00996808" w:rsidRDefault="00996808" w:rsidP="00996808">
      <w:pPr>
        <w:ind w:right="-285"/>
        <w:rPr>
          <w:lang w:val="ru-RU"/>
        </w:rPr>
      </w:pPr>
      <w:r w:rsidRPr="00996808">
        <w:rPr>
          <w:lang w:val="ru-RU"/>
        </w:rPr>
        <w:t>заседании Совета видеозаписями следственного действия предоставленными в материалы</w:t>
      </w:r>
    </w:p>
    <w:p w14:paraId="3DBC18C0" w14:textId="77777777" w:rsidR="00996808" w:rsidRPr="00996808" w:rsidRDefault="00996808" w:rsidP="00996808">
      <w:pPr>
        <w:ind w:right="-285"/>
        <w:rPr>
          <w:lang w:val="ru-RU"/>
        </w:rPr>
      </w:pPr>
      <w:r w:rsidRPr="00996808">
        <w:rPr>
          <w:lang w:val="ru-RU"/>
        </w:rPr>
        <w:t>дисциплинарного производства адвокатом.</w:t>
      </w:r>
    </w:p>
    <w:p w14:paraId="740E4860" w14:textId="77777777" w:rsidR="00996808" w:rsidRPr="00996808" w:rsidRDefault="00996808" w:rsidP="00996808">
      <w:pPr>
        <w:ind w:right="-285"/>
        <w:rPr>
          <w:lang w:val="ru-RU"/>
        </w:rPr>
      </w:pPr>
      <w:r w:rsidRPr="00996808">
        <w:rPr>
          <w:lang w:val="ru-RU"/>
        </w:rPr>
        <w:t>Из видеозаписи следовало, что следователем после разъяснения понятым существа</w:t>
      </w:r>
    </w:p>
    <w:p w14:paraId="62FB87C7" w14:textId="77777777" w:rsidR="00996808" w:rsidRPr="00996808" w:rsidRDefault="00996808" w:rsidP="00996808">
      <w:pPr>
        <w:ind w:right="-285"/>
        <w:rPr>
          <w:lang w:val="ru-RU"/>
        </w:rPr>
      </w:pPr>
      <w:r w:rsidRPr="00996808">
        <w:rPr>
          <w:lang w:val="ru-RU"/>
        </w:rPr>
        <w:t>процессуального действия, а также оглашения обвиняемой её прав предусмотренных</w:t>
      </w:r>
    </w:p>
    <w:p w14:paraId="6694D5B3" w14:textId="77777777" w:rsidR="00996808" w:rsidRPr="00996808" w:rsidRDefault="00996808" w:rsidP="00996808">
      <w:pPr>
        <w:ind w:right="-285"/>
        <w:rPr>
          <w:lang w:val="ru-RU"/>
        </w:rPr>
      </w:pPr>
      <w:r w:rsidRPr="00996808">
        <w:rPr>
          <w:lang w:val="ru-RU"/>
        </w:rPr>
        <w:t>статьей 47 УПК РФ, последней был вручено постановление о привлечении в качестве</w:t>
      </w:r>
    </w:p>
    <w:p w14:paraId="76D73041" w14:textId="77777777" w:rsidR="00996808" w:rsidRPr="00996808" w:rsidRDefault="00996808" w:rsidP="00996808">
      <w:pPr>
        <w:ind w:right="-285"/>
        <w:rPr>
          <w:lang w:val="ru-RU"/>
        </w:rPr>
      </w:pPr>
      <w:r w:rsidRPr="00996808">
        <w:rPr>
          <w:lang w:val="ru-RU"/>
        </w:rPr>
        <w:t>обвиняемого, на что адвокат Л. сообщил своей подзащитной, что необходимо написать</w:t>
      </w:r>
    </w:p>
    <w:p w14:paraId="386333F6" w14:textId="77777777" w:rsidR="00996808" w:rsidRPr="00996808" w:rsidRDefault="00996808" w:rsidP="00996808">
      <w:pPr>
        <w:ind w:right="-285"/>
        <w:rPr>
          <w:lang w:val="ru-RU"/>
        </w:rPr>
      </w:pPr>
      <w:r w:rsidRPr="00996808">
        <w:rPr>
          <w:lang w:val="ru-RU"/>
        </w:rPr>
        <w:t>ходатайство приглашении адвоката по соглашению.</w:t>
      </w:r>
    </w:p>
    <w:p w14:paraId="50CD3211" w14:textId="77777777" w:rsidR="00996808" w:rsidRPr="00996808" w:rsidRDefault="00996808" w:rsidP="00996808">
      <w:pPr>
        <w:ind w:right="-285"/>
        <w:rPr>
          <w:lang w:val="ru-RU"/>
        </w:rPr>
      </w:pPr>
      <w:r w:rsidRPr="00996808">
        <w:rPr>
          <w:lang w:val="ru-RU"/>
        </w:rPr>
        <w:t>Из того же видеофайла следовало, что понятой пояснил, что адвокату Л. предлагалось</w:t>
      </w:r>
    </w:p>
    <w:p w14:paraId="6B069DE0" w14:textId="77777777" w:rsidR="00996808" w:rsidRPr="00996808" w:rsidRDefault="00996808" w:rsidP="00996808">
      <w:pPr>
        <w:ind w:right="-285"/>
        <w:rPr>
          <w:lang w:val="ru-RU"/>
        </w:rPr>
      </w:pPr>
      <w:r w:rsidRPr="00996808">
        <w:rPr>
          <w:lang w:val="ru-RU"/>
        </w:rPr>
        <w:t>следователем ознакомиться с документами и подписать их.</w:t>
      </w:r>
    </w:p>
    <w:p w14:paraId="77E38332" w14:textId="77777777" w:rsidR="00996808" w:rsidRPr="00996808" w:rsidRDefault="00996808" w:rsidP="00996808">
      <w:pPr>
        <w:ind w:right="-285"/>
        <w:rPr>
          <w:lang w:val="ru-RU"/>
        </w:rPr>
      </w:pPr>
      <w:r w:rsidRPr="00996808">
        <w:rPr>
          <w:lang w:val="ru-RU"/>
        </w:rPr>
        <w:t>Квалификационной комиссией была верно дана оценка тому, что исходя из установленных</w:t>
      </w:r>
    </w:p>
    <w:p w14:paraId="6E2D19DC" w14:textId="77777777" w:rsidR="00996808" w:rsidRPr="00996808" w:rsidRDefault="00996808" w:rsidP="00996808">
      <w:pPr>
        <w:ind w:right="-285"/>
        <w:rPr>
          <w:lang w:val="ru-RU"/>
        </w:rPr>
      </w:pPr>
      <w:r w:rsidRPr="00996808">
        <w:rPr>
          <w:lang w:val="ru-RU"/>
        </w:rPr>
        <w:t>фактических обстоятельств, действия адвоката не были обусловлены воспрепятствованием</w:t>
      </w:r>
    </w:p>
    <w:p w14:paraId="53460123" w14:textId="77777777" w:rsidR="00996808" w:rsidRPr="00996808" w:rsidRDefault="00996808" w:rsidP="00996808">
      <w:pPr>
        <w:ind w:right="-285"/>
        <w:rPr>
          <w:lang w:val="ru-RU"/>
        </w:rPr>
      </w:pPr>
      <w:r w:rsidRPr="00996808">
        <w:rPr>
          <w:lang w:val="ru-RU"/>
        </w:rPr>
        <w:t>реализации его профессиональных прав и конституционного права его доверителя на</w:t>
      </w:r>
    </w:p>
    <w:p w14:paraId="3FA66B10" w14:textId="77777777" w:rsidR="00996808" w:rsidRPr="00996808" w:rsidRDefault="00996808" w:rsidP="00996808">
      <w:pPr>
        <w:ind w:right="-285"/>
        <w:rPr>
          <w:lang w:val="ru-RU"/>
        </w:rPr>
      </w:pPr>
      <w:r w:rsidRPr="00996808">
        <w:rPr>
          <w:lang w:val="ru-RU"/>
        </w:rPr>
        <w:t>защиту со стороны следователя, который, предоставил адвокату и его доверителю</w:t>
      </w:r>
    </w:p>
    <w:p w14:paraId="6E662C5C" w14:textId="77777777" w:rsidR="00996808" w:rsidRPr="00996808" w:rsidRDefault="00996808" w:rsidP="00996808">
      <w:pPr>
        <w:ind w:right="-285"/>
        <w:rPr>
          <w:lang w:val="ru-RU"/>
        </w:rPr>
      </w:pPr>
      <w:r w:rsidRPr="00996808">
        <w:rPr>
          <w:lang w:val="ru-RU"/>
        </w:rPr>
        <w:t>Обзор дисциплинарной практики 2025/2026</w:t>
      </w:r>
    </w:p>
    <w:p w14:paraId="60C0C6AC" w14:textId="77777777" w:rsidR="00996808" w:rsidRPr="00996808" w:rsidRDefault="00996808" w:rsidP="00996808">
      <w:pPr>
        <w:ind w:right="-285"/>
        <w:rPr>
          <w:lang w:val="ru-RU"/>
        </w:rPr>
      </w:pPr>
      <w:r w:rsidRPr="00996808">
        <w:rPr>
          <w:lang w:val="ru-RU"/>
        </w:rPr>
        <w:t>8</w:t>
      </w:r>
    </w:p>
    <w:p w14:paraId="5E929B0F" w14:textId="77777777" w:rsidR="00996808" w:rsidRPr="00996808" w:rsidRDefault="00996808" w:rsidP="00996808">
      <w:pPr>
        <w:ind w:right="-285"/>
        <w:rPr>
          <w:lang w:val="ru-RU"/>
        </w:rPr>
      </w:pPr>
      <w:r w:rsidRPr="00996808">
        <w:rPr>
          <w:lang w:val="ru-RU"/>
        </w:rPr>
        <w:t>реализовать право на ознакомление с постановлением о привлечении в качестве</w:t>
      </w:r>
    </w:p>
    <w:p w14:paraId="395381D7" w14:textId="77777777" w:rsidR="00996808" w:rsidRPr="00996808" w:rsidRDefault="00996808" w:rsidP="00996808">
      <w:pPr>
        <w:ind w:right="-285"/>
        <w:rPr>
          <w:lang w:val="ru-RU"/>
        </w:rPr>
      </w:pPr>
      <w:r w:rsidRPr="00996808">
        <w:rPr>
          <w:lang w:val="ru-RU"/>
        </w:rPr>
        <w:t>обвиняемого.</w:t>
      </w:r>
    </w:p>
    <w:p w14:paraId="53A8E474" w14:textId="77777777" w:rsidR="00996808" w:rsidRPr="00996808" w:rsidRDefault="00996808" w:rsidP="00996808">
      <w:pPr>
        <w:ind w:right="-285"/>
        <w:rPr>
          <w:lang w:val="ru-RU"/>
        </w:rPr>
      </w:pPr>
      <w:r w:rsidRPr="00996808">
        <w:rPr>
          <w:lang w:val="ru-RU"/>
        </w:rPr>
        <w:t>При таких обстоятельствах Совет, соглашаясь с Квалификационной комиссией, приходит к</w:t>
      </w:r>
    </w:p>
    <w:p w14:paraId="11511DB2" w14:textId="77777777" w:rsidR="00996808" w:rsidRPr="00996808" w:rsidRDefault="00996808" w:rsidP="00996808">
      <w:pPr>
        <w:ind w:right="-285"/>
        <w:rPr>
          <w:lang w:val="ru-RU"/>
        </w:rPr>
      </w:pPr>
      <w:r w:rsidRPr="00996808">
        <w:rPr>
          <w:lang w:val="ru-RU"/>
        </w:rPr>
        <w:lastRenderedPageBreak/>
        <w:t>выводу о ненадлежащем исполнении адвокатом Ляшенко В.В. профессиональных</w:t>
      </w:r>
    </w:p>
    <w:p w14:paraId="6FECEA30" w14:textId="77777777" w:rsidR="00996808" w:rsidRPr="00996808" w:rsidRDefault="00996808" w:rsidP="00996808">
      <w:pPr>
        <w:ind w:right="-285"/>
        <w:rPr>
          <w:lang w:val="ru-RU"/>
        </w:rPr>
      </w:pPr>
      <w:r w:rsidRPr="00996808">
        <w:rPr>
          <w:lang w:val="ru-RU"/>
        </w:rPr>
        <w:t>обязанностей направленных на защиту прав и законных интересов подзащитной при</w:t>
      </w:r>
    </w:p>
    <w:p w14:paraId="6EE119F0" w14:textId="77777777" w:rsidR="00996808" w:rsidRPr="00996808" w:rsidRDefault="00996808" w:rsidP="00996808">
      <w:pPr>
        <w:ind w:right="-285"/>
        <w:rPr>
          <w:lang w:val="ru-RU"/>
        </w:rPr>
      </w:pPr>
      <w:r w:rsidRPr="00996808">
        <w:rPr>
          <w:lang w:val="ru-RU"/>
        </w:rPr>
        <w:t>описанных обстоятельствах и признает презумпцию его добросовестности в данной части</w:t>
      </w:r>
    </w:p>
    <w:p w14:paraId="4CACF89C" w14:textId="77777777" w:rsidR="00996808" w:rsidRPr="00996808" w:rsidRDefault="00996808" w:rsidP="00996808">
      <w:pPr>
        <w:ind w:right="-285"/>
        <w:rPr>
          <w:lang w:val="ru-RU"/>
        </w:rPr>
      </w:pPr>
      <w:r w:rsidRPr="00996808">
        <w:rPr>
          <w:lang w:val="ru-RU"/>
        </w:rPr>
        <w:t>опровергнутой.</w:t>
      </w:r>
    </w:p>
    <w:p w14:paraId="22CA4C38" w14:textId="77777777" w:rsidR="00996808" w:rsidRPr="00996808" w:rsidRDefault="00996808" w:rsidP="00996808">
      <w:pPr>
        <w:ind w:right="-285"/>
        <w:rPr>
          <w:lang w:val="ru-RU"/>
        </w:rPr>
      </w:pPr>
      <w:r w:rsidRPr="00996808">
        <w:rPr>
          <w:lang w:val="ru-RU"/>
        </w:rPr>
        <w:t>Оценивая довод заявителя – начальника Управления Министерства юстиции РФ по</w:t>
      </w:r>
    </w:p>
    <w:p w14:paraId="45DAC820" w14:textId="77777777" w:rsidR="00996808" w:rsidRPr="00996808" w:rsidRDefault="00996808" w:rsidP="00996808">
      <w:pPr>
        <w:ind w:right="-285"/>
        <w:rPr>
          <w:lang w:val="ru-RU"/>
        </w:rPr>
      </w:pPr>
      <w:r w:rsidRPr="00996808">
        <w:rPr>
          <w:lang w:val="ru-RU"/>
        </w:rPr>
        <w:t>Сахалинской области о том, что адвокат Л. допустил высказывания не относящихся к</w:t>
      </w:r>
    </w:p>
    <w:p w14:paraId="753C4DE9" w14:textId="77777777" w:rsidR="00996808" w:rsidRPr="00996808" w:rsidRDefault="00996808" w:rsidP="00996808">
      <w:pPr>
        <w:ind w:right="-285"/>
        <w:rPr>
          <w:lang w:val="ru-RU"/>
        </w:rPr>
      </w:pPr>
      <w:r w:rsidRPr="00996808">
        <w:rPr>
          <w:lang w:val="ru-RU"/>
        </w:rPr>
        <w:t>производству предварительного следствия и предмету процессуального действия,</w:t>
      </w:r>
    </w:p>
    <w:p w14:paraId="2585DF21" w14:textId="77777777" w:rsidR="00996808" w:rsidRPr="00996808" w:rsidRDefault="00996808" w:rsidP="00996808">
      <w:pPr>
        <w:ind w:right="-285"/>
        <w:rPr>
          <w:lang w:val="ru-RU"/>
        </w:rPr>
      </w:pPr>
      <w:r w:rsidRPr="00996808">
        <w:rPr>
          <w:lang w:val="ru-RU"/>
        </w:rPr>
        <w:t>затрагивающие честь и достоинство сотрудника правоохранительного органа и носящие</w:t>
      </w:r>
    </w:p>
    <w:p w14:paraId="1BCDB5A7" w14:textId="77777777" w:rsidR="00996808" w:rsidRPr="00996808" w:rsidRDefault="00996808" w:rsidP="00996808">
      <w:pPr>
        <w:ind w:right="-285"/>
        <w:rPr>
          <w:lang w:val="ru-RU"/>
        </w:rPr>
      </w:pPr>
      <w:r w:rsidRPr="00996808">
        <w:rPr>
          <w:lang w:val="ru-RU"/>
        </w:rPr>
        <w:t>явный уничижительный характер также нашли свое подтверждение из предоставленных</w:t>
      </w:r>
    </w:p>
    <w:p w14:paraId="3DBE9824" w14:textId="77777777" w:rsidR="00996808" w:rsidRPr="00996808" w:rsidRDefault="00996808" w:rsidP="00996808">
      <w:pPr>
        <w:ind w:right="-285"/>
        <w:rPr>
          <w:lang w:val="ru-RU"/>
        </w:rPr>
      </w:pPr>
      <w:r w:rsidRPr="00996808">
        <w:rPr>
          <w:lang w:val="ru-RU"/>
        </w:rPr>
        <w:t>адвокатом видеозаписей.</w:t>
      </w:r>
    </w:p>
    <w:p w14:paraId="53DF7A10" w14:textId="77777777" w:rsidR="00996808" w:rsidRPr="00996808" w:rsidRDefault="00996808" w:rsidP="00996808">
      <w:pPr>
        <w:ind w:right="-285"/>
        <w:rPr>
          <w:lang w:val="ru-RU"/>
        </w:rPr>
      </w:pPr>
      <w:r w:rsidRPr="00996808">
        <w:rPr>
          <w:lang w:val="ru-RU"/>
        </w:rPr>
        <w:t>Из исследованных в заседании Совета предоставленных адвокатом Л следовало, что</w:t>
      </w:r>
    </w:p>
    <w:p w14:paraId="3F5AA19D" w14:textId="77777777" w:rsidR="00996808" w:rsidRPr="00996808" w:rsidRDefault="00996808" w:rsidP="00996808">
      <w:pPr>
        <w:ind w:right="-285"/>
        <w:rPr>
          <w:lang w:val="ru-RU"/>
        </w:rPr>
      </w:pPr>
      <w:r w:rsidRPr="00996808">
        <w:rPr>
          <w:lang w:val="ru-RU"/>
        </w:rPr>
        <w:t>адвокат на замечание следователя о том, что он срывает следственное действие, заявил, что</w:t>
      </w:r>
    </w:p>
    <w:p w14:paraId="12F6C9CC" w14:textId="77777777" w:rsidR="00996808" w:rsidRPr="00996808" w:rsidRDefault="00996808" w:rsidP="00996808">
      <w:pPr>
        <w:ind w:right="-285"/>
        <w:rPr>
          <w:lang w:val="ru-RU"/>
        </w:rPr>
      </w:pPr>
      <w:r w:rsidRPr="00996808">
        <w:rPr>
          <w:lang w:val="ru-RU"/>
        </w:rPr>
        <w:t>он не видит, что он следователь, что он без формы, в джинсах, в кофте, и он не знает, что</w:t>
      </w:r>
    </w:p>
    <w:p w14:paraId="20A84EB5" w14:textId="77777777" w:rsidR="00996808" w:rsidRPr="00996808" w:rsidRDefault="00996808" w:rsidP="00996808">
      <w:pPr>
        <w:ind w:right="-285"/>
        <w:rPr>
          <w:lang w:val="ru-RU"/>
        </w:rPr>
      </w:pPr>
      <w:r w:rsidRPr="00996808">
        <w:rPr>
          <w:lang w:val="ru-RU"/>
        </w:rPr>
        <w:t>он следователь или нет, в дальнейшем адвокат в присутствии доверителя и понятых заявил</w:t>
      </w:r>
    </w:p>
    <w:p w14:paraId="73E0470C" w14:textId="77777777" w:rsidR="00996808" w:rsidRPr="00996808" w:rsidRDefault="00996808" w:rsidP="00996808">
      <w:pPr>
        <w:ind w:right="-285"/>
        <w:rPr>
          <w:lang w:val="ru-RU"/>
        </w:rPr>
      </w:pPr>
      <w:r w:rsidRPr="00996808">
        <w:rPr>
          <w:lang w:val="ru-RU"/>
        </w:rPr>
        <w:t>следователю, что: «тот возбужден, ему нужно водички попить или начальство пригласить,</w:t>
      </w:r>
    </w:p>
    <w:p w14:paraId="7E129AA1" w14:textId="77777777" w:rsidR="00996808" w:rsidRPr="00996808" w:rsidRDefault="00996808" w:rsidP="00996808">
      <w:pPr>
        <w:ind w:right="-285"/>
        <w:rPr>
          <w:lang w:val="ru-RU"/>
        </w:rPr>
      </w:pPr>
      <w:r w:rsidRPr="00996808">
        <w:rPr>
          <w:lang w:val="ru-RU"/>
        </w:rPr>
        <w:t>проконсультироваться у психолога, что он (следователь) ведет себя неадекватно».</w:t>
      </w:r>
    </w:p>
    <w:p w14:paraId="2AC31BAF" w14:textId="77777777" w:rsidR="00996808" w:rsidRPr="00996808" w:rsidRDefault="00996808" w:rsidP="00996808">
      <w:pPr>
        <w:ind w:right="-285"/>
        <w:rPr>
          <w:lang w:val="ru-RU"/>
        </w:rPr>
      </w:pPr>
      <w:r w:rsidRPr="00996808">
        <w:rPr>
          <w:lang w:val="ru-RU"/>
        </w:rPr>
        <w:t>Совет согласился с выводами Квалификационной комиссии, что действия адвоката Л. в</w:t>
      </w:r>
    </w:p>
    <w:p w14:paraId="1A09D288" w14:textId="77777777" w:rsidR="00996808" w:rsidRPr="00996808" w:rsidRDefault="00996808" w:rsidP="00996808">
      <w:pPr>
        <w:ind w:right="-285"/>
        <w:rPr>
          <w:lang w:val="ru-RU"/>
        </w:rPr>
      </w:pPr>
      <w:r w:rsidRPr="00996808">
        <w:rPr>
          <w:lang w:val="ru-RU"/>
        </w:rPr>
        <w:t>виде высказываний в присутствии доверителя и понятых сомнений в личности и внешнего</w:t>
      </w:r>
    </w:p>
    <w:p w14:paraId="05DE699A" w14:textId="77777777" w:rsidR="00996808" w:rsidRPr="00996808" w:rsidRDefault="00996808" w:rsidP="00996808">
      <w:pPr>
        <w:ind w:right="-285"/>
        <w:rPr>
          <w:lang w:val="ru-RU"/>
        </w:rPr>
      </w:pPr>
      <w:r w:rsidRPr="00996808">
        <w:rPr>
          <w:lang w:val="ru-RU"/>
        </w:rPr>
        <w:t>вида следователя носили явно нарочитый характер, а возражая против действий</w:t>
      </w:r>
    </w:p>
    <w:p w14:paraId="4085E348" w14:textId="77777777" w:rsidR="00996808" w:rsidRPr="00996808" w:rsidRDefault="00996808" w:rsidP="00996808">
      <w:pPr>
        <w:ind w:right="-285"/>
        <w:rPr>
          <w:lang w:val="ru-RU"/>
        </w:rPr>
      </w:pPr>
      <w:r w:rsidRPr="00996808">
        <w:rPr>
          <w:lang w:val="ru-RU"/>
        </w:rPr>
        <w:t>(бездействий) судей и лиц, участвующих в деле, адвокат должен делать это в корректной</w:t>
      </w:r>
    </w:p>
    <w:p w14:paraId="6B6D0CAF" w14:textId="77777777" w:rsidR="00996808" w:rsidRPr="00996808" w:rsidRDefault="00996808" w:rsidP="00996808">
      <w:pPr>
        <w:ind w:right="-285"/>
        <w:rPr>
          <w:lang w:val="ru-RU"/>
        </w:rPr>
      </w:pPr>
      <w:r w:rsidRPr="00996808">
        <w:rPr>
          <w:lang w:val="ru-RU"/>
        </w:rPr>
        <w:t>форме и в соответствии с законом.</w:t>
      </w:r>
    </w:p>
    <w:p w14:paraId="518C7302" w14:textId="77777777" w:rsidR="00996808" w:rsidRPr="00996808" w:rsidRDefault="00996808" w:rsidP="00996808">
      <w:pPr>
        <w:ind w:right="-285"/>
        <w:rPr>
          <w:lang w:val="ru-RU"/>
        </w:rPr>
      </w:pPr>
      <w:r w:rsidRPr="00996808">
        <w:rPr>
          <w:lang w:val="ru-RU"/>
        </w:rPr>
        <w:t>Высказывания, допущенные адвокатом в отношении следователя, явно выходящие за рамки</w:t>
      </w:r>
    </w:p>
    <w:p w14:paraId="1425010D" w14:textId="77777777" w:rsidR="00996808" w:rsidRPr="00996808" w:rsidRDefault="00996808" w:rsidP="00996808">
      <w:pPr>
        <w:ind w:right="-285"/>
        <w:rPr>
          <w:lang w:val="ru-RU"/>
        </w:rPr>
      </w:pPr>
      <w:r w:rsidRPr="00996808">
        <w:rPr>
          <w:lang w:val="ru-RU"/>
        </w:rPr>
        <w:t>корректности, не соответствующие высокому званию адвоката, в присутствии доверителя</w:t>
      </w:r>
    </w:p>
    <w:p w14:paraId="6AA603B8" w14:textId="77777777" w:rsidR="00996808" w:rsidRPr="00996808" w:rsidRDefault="00996808" w:rsidP="00996808">
      <w:pPr>
        <w:ind w:right="-285"/>
        <w:rPr>
          <w:lang w:val="ru-RU"/>
        </w:rPr>
      </w:pPr>
      <w:r w:rsidRPr="00996808">
        <w:rPr>
          <w:lang w:val="ru-RU"/>
        </w:rPr>
        <w:t>и понятых, противоречат положениям статьи 12 КПЭА, согласно которым адвокат обязан</w:t>
      </w:r>
    </w:p>
    <w:p w14:paraId="7DE9AC4A" w14:textId="77777777" w:rsidR="00996808" w:rsidRPr="00996808" w:rsidRDefault="00996808" w:rsidP="00996808">
      <w:pPr>
        <w:ind w:right="-285"/>
        <w:rPr>
          <w:lang w:val="ru-RU"/>
        </w:rPr>
      </w:pPr>
      <w:r w:rsidRPr="00996808">
        <w:rPr>
          <w:lang w:val="ru-RU"/>
        </w:rPr>
        <w:t>проявлять уважение к лицам, участвующим в деле.</w:t>
      </w:r>
    </w:p>
    <w:p w14:paraId="08839C28" w14:textId="77777777" w:rsidR="00996808" w:rsidRPr="00996808" w:rsidRDefault="00996808" w:rsidP="00996808">
      <w:pPr>
        <w:ind w:right="-285"/>
        <w:rPr>
          <w:lang w:val="ru-RU"/>
        </w:rPr>
      </w:pPr>
      <w:r w:rsidRPr="00996808">
        <w:rPr>
          <w:lang w:val="ru-RU"/>
        </w:rPr>
        <w:t>Совет, соглашаясь с Квалификационной комиссией, избирая в соответствии с требованиями</w:t>
      </w:r>
    </w:p>
    <w:p w14:paraId="3C0A5504" w14:textId="77777777" w:rsidR="00996808" w:rsidRPr="00996808" w:rsidRDefault="00996808" w:rsidP="00996808">
      <w:pPr>
        <w:ind w:right="-285"/>
        <w:rPr>
          <w:lang w:val="ru-RU"/>
        </w:rPr>
      </w:pPr>
      <w:r w:rsidRPr="00996808">
        <w:rPr>
          <w:lang w:val="ru-RU"/>
        </w:rPr>
        <w:t>п. 4 ст. 18 КПЭА меру дисциплинарной ответственности в отношении адвоката Л., учел</w:t>
      </w:r>
    </w:p>
    <w:p w14:paraId="736C53EA" w14:textId="77777777" w:rsidR="00996808" w:rsidRPr="00996808" w:rsidRDefault="00996808" w:rsidP="00996808">
      <w:pPr>
        <w:ind w:right="-285"/>
        <w:rPr>
          <w:lang w:val="ru-RU"/>
        </w:rPr>
      </w:pPr>
      <w:r w:rsidRPr="00996808">
        <w:rPr>
          <w:lang w:val="ru-RU"/>
        </w:rPr>
        <w:t>умышленный и грубый характер допущенного нарушения, сопряженный с игнорированием</w:t>
      </w:r>
    </w:p>
    <w:p w14:paraId="1DDC3391" w14:textId="77777777" w:rsidR="00996808" w:rsidRPr="00996808" w:rsidRDefault="00996808" w:rsidP="00996808">
      <w:pPr>
        <w:ind w:right="-285"/>
        <w:rPr>
          <w:lang w:val="ru-RU"/>
        </w:rPr>
      </w:pPr>
      <w:r w:rsidRPr="00996808">
        <w:rPr>
          <w:lang w:val="ru-RU"/>
        </w:rPr>
        <w:t>адвокатом основополагающего требования в отношении надлежащего исполнения</w:t>
      </w:r>
    </w:p>
    <w:p w14:paraId="23B30962" w14:textId="77777777" w:rsidR="00996808" w:rsidRPr="00996808" w:rsidRDefault="00996808" w:rsidP="00996808">
      <w:pPr>
        <w:ind w:right="-285"/>
        <w:rPr>
          <w:lang w:val="ru-RU"/>
        </w:rPr>
      </w:pPr>
      <w:r w:rsidRPr="00996808">
        <w:rPr>
          <w:lang w:val="ru-RU"/>
        </w:rPr>
        <w:t>профессиональных обязанностей перед доверителем, при том, что адвокат являясь</w:t>
      </w:r>
    </w:p>
    <w:p w14:paraId="267BC7EC" w14:textId="77777777" w:rsidR="00996808" w:rsidRPr="00996808" w:rsidRDefault="00996808" w:rsidP="00996808">
      <w:pPr>
        <w:ind w:right="-285"/>
        <w:rPr>
          <w:lang w:val="ru-RU"/>
        </w:rPr>
      </w:pPr>
      <w:r w:rsidRPr="00996808">
        <w:rPr>
          <w:lang w:val="ru-RU"/>
        </w:rPr>
        <w:t>адвокатом с тридцатилетнем стажем, даже после вынесения заключения</w:t>
      </w:r>
    </w:p>
    <w:p w14:paraId="75B181F9" w14:textId="77777777" w:rsidR="00996808" w:rsidRPr="00996808" w:rsidRDefault="00996808" w:rsidP="00996808">
      <w:pPr>
        <w:ind w:right="-285"/>
        <w:rPr>
          <w:lang w:val="ru-RU"/>
        </w:rPr>
      </w:pPr>
      <w:r w:rsidRPr="00996808">
        <w:rPr>
          <w:lang w:val="ru-RU"/>
        </w:rPr>
        <w:t xml:space="preserve">Квалификационной комиссии не усмотрел </w:t>
      </w:r>
      <w:proofErr w:type="spellStart"/>
      <w:r w:rsidRPr="00996808">
        <w:rPr>
          <w:lang w:val="ru-RU"/>
        </w:rPr>
        <w:t>упречности</w:t>
      </w:r>
      <w:proofErr w:type="spellEnd"/>
      <w:r w:rsidRPr="00996808">
        <w:rPr>
          <w:lang w:val="ru-RU"/>
        </w:rPr>
        <w:t xml:space="preserve"> в своем профессиональном</w:t>
      </w:r>
    </w:p>
    <w:p w14:paraId="35D4141C" w14:textId="77777777" w:rsidR="00996808" w:rsidRPr="00996808" w:rsidRDefault="00996808" w:rsidP="00996808">
      <w:pPr>
        <w:ind w:right="-285"/>
        <w:rPr>
          <w:lang w:val="ru-RU"/>
        </w:rPr>
      </w:pPr>
      <w:r w:rsidRPr="00996808">
        <w:rPr>
          <w:lang w:val="ru-RU"/>
        </w:rPr>
        <w:t>поведении, что свидетельствует о незнании или игнорировании им указанных требований</w:t>
      </w:r>
    </w:p>
    <w:p w14:paraId="24144A2B" w14:textId="77777777" w:rsidR="00996808" w:rsidRPr="00996808" w:rsidRDefault="00996808" w:rsidP="00996808">
      <w:pPr>
        <w:ind w:right="-285"/>
        <w:rPr>
          <w:lang w:val="ru-RU"/>
        </w:rPr>
      </w:pPr>
      <w:r w:rsidRPr="00996808">
        <w:rPr>
          <w:lang w:val="ru-RU"/>
        </w:rPr>
        <w:t>законодательства и профессиональной этики.</w:t>
      </w:r>
    </w:p>
    <w:p w14:paraId="396E1EDA" w14:textId="77777777" w:rsidR="00996808" w:rsidRPr="00996808" w:rsidRDefault="00996808" w:rsidP="00996808">
      <w:pPr>
        <w:ind w:right="-285"/>
        <w:rPr>
          <w:lang w:val="ru-RU"/>
        </w:rPr>
      </w:pPr>
      <w:r w:rsidRPr="00996808">
        <w:rPr>
          <w:lang w:val="ru-RU"/>
        </w:rPr>
        <w:t>При таких обстоятельствах Совет пришел к выводу о применении к адвокату Л.. меры</w:t>
      </w:r>
    </w:p>
    <w:p w14:paraId="50A252C2" w14:textId="77777777" w:rsidR="00996808" w:rsidRPr="00996808" w:rsidRDefault="00996808" w:rsidP="00996808">
      <w:pPr>
        <w:ind w:right="-285"/>
        <w:rPr>
          <w:lang w:val="ru-RU"/>
        </w:rPr>
      </w:pPr>
      <w:r w:rsidRPr="00996808">
        <w:rPr>
          <w:lang w:val="ru-RU"/>
        </w:rPr>
        <w:lastRenderedPageBreak/>
        <w:t>дисциплинарной ответственности в виде предупреждения, как в наибольшей степени,</w:t>
      </w:r>
    </w:p>
    <w:p w14:paraId="7E4DB3D7" w14:textId="77777777" w:rsidR="00996808" w:rsidRPr="00996808" w:rsidRDefault="00996808" w:rsidP="00996808">
      <w:pPr>
        <w:ind w:right="-285"/>
        <w:rPr>
          <w:lang w:val="ru-RU"/>
        </w:rPr>
      </w:pPr>
      <w:r w:rsidRPr="00996808">
        <w:rPr>
          <w:lang w:val="ru-RU"/>
        </w:rPr>
        <w:t>отвечающей требованию справедливости дисциплинарного разбирательства.</w:t>
      </w:r>
    </w:p>
    <w:p w14:paraId="05F9375F" w14:textId="77777777" w:rsidR="00996808" w:rsidRPr="00996808" w:rsidRDefault="00996808" w:rsidP="00996808">
      <w:pPr>
        <w:ind w:right="-285"/>
        <w:rPr>
          <w:lang w:val="ru-RU"/>
        </w:rPr>
      </w:pPr>
      <w:r w:rsidRPr="00996808">
        <w:rPr>
          <w:lang w:val="ru-RU"/>
        </w:rPr>
        <w:t>IV. Дисциплинарные дела, возбуждённые на основании информационных писем судей</w:t>
      </w:r>
    </w:p>
    <w:p w14:paraId="44CDD928" w14:textId="77777777" w:rsidR="00996808" w:rsidRPr="00996808" w:rsidRDefault="00996808" w:rsidP="00996808">
      <w:pPr>
        <w:ind w:right="-285"/>
        <w:rPr>
          <w:lang w:val="ru-RU"/>
        </w:rPr>
      </w:pPr>
      <w:r w:rsidRPr="00996808">
        <w:rPr>
          <w:lang w:val="ru-RU"/>
        </w:rPr>
        <w:t>Обзор дисциплинарной практики 2025/2026</w:t>
      </w:r>
    </w:p>
    <w:p w14:paraId="28109C5D" w14:textId="77777777" w:rsidR="00996808" w:rsidRPr="00996808" w:rsidRDefault="00996808" w:rsidP="00996808">
      <w:pPr>
        <w:ind w:right="-285"/>
        <w:rPr>
          <w:lang w:val="ru-RU"/>
        </w:rPr>
      </w:pPr>
      <w:r w:rsidRPr="00996808">
        <w:rPr>
          <w:lang w:val="ru-RU"/>
        </w:rPr>
        <w:t>9</w:t>
      </w:r>
    </w:p>
    <w:p w14:paraId="204B648B" w14:textId="77777777" w:rsidR="00996808" w:rsidRPr="00996808" w:rsidRDefault="00996808" w:rsidP="00996808">
      <w:pPr>
        <w:ind w:right="-285"/>
        <w:rPr>
          <w:lang w:val="ru-RU"/>
        </w:rPr>
      </w:pPr>
      <w:r w:rsidRPr="00996808">
        <w:rPr>
          <w:lang w:val="ru-RU"/>
        </w:rPr>
        <w:t>4.1. Совет прекратил дисциплинарное производство в отношении адвоката А,</w:t>
      </w:r>
    </w:p>
    <w:p w14:paraId="075CEA49" w14:textId="77777777" w:rsidR="00996808" w:rsidRPr="00996808" w:rsidRDefault="00996808" w:rsidP="00996808">
      <w:pPr>
        <w:ind w:right="-285"/>
        <w:rPr>
          <w:lang w:val="ru-RU"/>
        </w:rPr>
      </w:pPr>
      <w:r w:rsidRPr="00996808">
        <w:rPr>
          <w:lang w:val="ru-RU"/>
        </w:rPr>
        <w:t>вследствие малозначительности совершенного адвокатом проступка с указанием</w:t>
      </w:r>
    </w:p>
    <w:p w14:paraId="1294B86E" w14:textId="77777777" w:rsidR="00996808" w:rsidRPr="00996808" w:rsidRDefault="00996808" w:rsidP="00996808">
      <w:pPr>
        <w:ind w:right="-285"/>
        <w:rPr>
          <w:lang w:val="ru-RU"/>
        </w:rPr>
      </w:pPr>
      <w:r w:rsidRPr="00996808">
        <w:rPr>
          <w:lang w:val="ru-RU"/>
        </w:rPr>
        <w:t>адвокату на допущенное нарушение.</w:t>
      </w:r>
    </w:p>
    <w:p w14:paraId="6E74197E" w14:textId="77777777" w:rsidR="00996808" w:rsidRPr="00996808" w:rsidRDefault="00996808" w:rsidP="00996808">
      <w:pPr>
        <w:ind w:right="-285"/>
        <w:rPr>
          <w:lang w:val="ru-RU"/>
        </w:rPr>
      </w:pPr>
      <w:r w:rsidRPr="00996808">
        <w:rPr>
          <w:lang w:val="ru-RU"/>
        </w:rPr>
        <w:t>Поводом для возбуждения дисциплинарного производства послужило информационное</w:t>
      </w:r>
    </w:p>
    <w:p w14:paraId="7702E630" w14:textId="77777777" w:rsidR="00996808" w:rsidRPr="00996808" w:rsidRDefault="00996808" w:rsidP="00996808">
      <w:pPr>
        <w:ind w:right="-285"/>
        <w:rPr>
          <w:lang w:val="ru-RU"/>
        </w:rPr>
      </w:pPr>
      <w:r w:rsidRPr="00996808">
        <w:rPr>
          <w:lang w:val="ru-RU"/>
        </w:rPr>
        <w:t>письмо судьи Долинского городского суда Сахалинской области в отношении адвоката А. в</w:t>
      </w:r>
    </w:p>
    <w:p w14:paraId="4545C389" w14:textId="77777777" w:rsidR="00996808" w:rsidRPr="00996808" w:rsidRDefault="00996808" w:rsidP="00996808">
      <w:pPr>
        <w:ind w:right="-285"/>
        <w:rPr>
          <w:lang w:val="ru-RU"/>
        </w:rPr>
      </w:pPr>
      <w:r w:rsidRPr="00996808">
        <w:rPr>
          <w:lang w:val="ru-RU"/>
        </w:rPr>
        <w:t>котором судья сообщила, что в ходе выступлений в судебных прениях, защитник</w:t>
      </w:r>
    </w:p>
    <w:p w14:paraId="206B419A" w14:textId="77777777" w:rsidR="00996808" w:rsidRPr="00996808" w:rsidRDefault="00996808" w:rsidP="00996808">
      <w:pPr>
        <w:ind w:right="-285"/>
        <w:rPr>
          <w:lang w:val="ru-RU"/>
        </w:rPr>
      </w:pPr>
      <w:r w:rsidRPr="00996808">
        <w:rPr>
          <w:lang w:val="ru-RU"/>
        </w:rPr>
        <w:t>подсудимого адвокат А. занял иную, отличную от занятой доверителем, позицию по</w:t>
      </w:r>
    </w:p>
    <w:p w14:paraId="4DC07AD3" w14:textId="77777777" w:rsidR="00996808" w:rsidRPr="00996808" w:rsidRDefault="00996808" w:rsidP="00996808">
      <w:pPr>
        <w:ind w:right="-285"/>
        <w:rPr>
          <w:lang w:val="ru-RU"/>
        </w:rPr>
      </w:pPr>
      <w:r w:rsidRPr="00996808">
        <w:rPr>
          <w:lang w:val="ru-RU"/>
        </w:rPr>
        <w:t>рассматриваемому уголовному делу, при этом речь защитника ухудшала положение</w:t>
      </w:r>
    </w:p>
    <w:p w14:paraId="6C34CE3C" w14:textId="77777777" w:rsidR="00996808" w:rsidRPr="00996808" w:rsidRDefault="00996808" w:rsidP="00996808">
      <w:pPr>
        <w:ind w:right="-285"/>
        <w:rPr>
          <w:lang w:val="ru-RU"/>
        </w:rPr>
      </w:pPr>
      <w:r w:rsidRPr="00996808">
        <w:rPr>
          <w:lang w:val="ru-RU"/>
        </w:rPr>
        <w:t>подсудимого, в связи с чем председательствующим судьей было возобновлено судебное</w:t>
      </w:r>
    </w:p>
    <w:p w14:paraId="40D8CEFB" w14:textId="77777777" w:rsidR="00996808" w:rsidRPr="00996808" w:rsidRDefault="00996808" w:rsidP="00996808">
      <w:pPr>
        <w:ind w:right="-285"/>
        <w:rPr>
          <w:lang w:val="ru-RU"/>
        </w:rPr>
      </w:pPr>
      <w:r w:rsidRPr="00996808">
        <w:rPr>
          <w:lang w:val="ru-RU"/>
        </w:rPr>
        <w:t>следствие для предоставления возможности подсудимому и его защитнику адвокату А.</w:t>
      </w:r>
    </w:p>
    <w:p w14:paraId="58893E56" w14:textId="77777777" w:rsidR="00996808" w:rsidRPr="00996808" w:rsidRDefault="00996808" w:rsidP="00996808">
      <w:pPr>
        <w:ind w:right="-285"/>
        <w:rPr>
          <w:lang w:val="ru-RU"/>
        </w:rPr>
      </w:pPr>
      <w:r w:rsidRPr="00996808">
        <w:rPr>
          <w:lang w:val="ru-RU"/>
        </w:rPr>
        <w:t>согласования позиции, после которого адвокат заявил о самоотводе, не соглашаясь с</w:t>
      </w:r>
    </w:p>
    <w:p w14:paraId="24294A34" w14:textId="77777777" w:rsidR="00996808" w:rsidRPr="00996808" w:rsidRDefault="00996808" w:rsidP="00996808">
      <w:pPr>
        <w:ind w:right="-285"/>
        <w:rPr>
          <w:lang w:val="ru-RU"/>
        </w:rPr>
      </w:pPr>
      <w:r w:rsidRPr="00996808">
        <w:rPr>
          <w:lang w:val="ru-RU"/>
        </w:rPr>
        <w:t>позицией подзащитного, подсудимый также заявил о отводе защитника А. в связи с</w:t>
      </w:r>
    </w:p>
    <w:p w14:paraId="5F106203" w14:textId="77777777" w:rsidR="00996808" w:rsidRPr="00996808" w:rsidRDefault="00996808" w:rsidP="00996808">
      <w:pPr>
        <w:ind w:right="-285"/>
        <w:rPr>
          <w:lang w:val="ru-RU"/>
        </w:rPr>
      </w:pPr>
      <w:r w:rsidRPr="00996808">
        <w:rPr>
          <w:lang w:val="ru-RU"/>
        </w:rPr>
        <w:t>противоречиями их позиций, высказав мнение, что защитник ненадлежащим образом</w:t>
      </w:r>
    </w:p>
    <w:p w14:paraId="128D04FA" w14:textId="77777777" w:rsidR="00996808" w:rsidRPr="00996808" w:rsidRDefault="00996808" w:rsidP="00996808">
      <w:pPr>
        <w:ind w:right="-285"/>
        <w:rPr>
          <w:lang w:val="ru-RU"/>
        </w:rPr>
      </w:pPr>
      <w:r w:rsidRPr="00996808">
        <w:rPr>
          <w:lang w:val="ru-RU"/>
        </w:rPr>
        <w:t>осуществлял его защиту, ввиду чего из-за нарушения права подзащитного на защиту,</w:t>
      </w:r>
    </w:p>
    <w:p w14:paraId="4704B646" w14:textId="77777777" w:rsidR="00996808" w:rsidRPr="00996808" w:rsidRDefault="00996808" w:rsidP="00996808">
      <w:pPr>
        <w:ind w:right="-285"/>
        <w:rPr>
          <w:lang w:val="ru-RU"/>
        </w:rPr>
      </w:pPr>
      <w:r w:rsidRPr="00996808">
        <w:rPr>
          <w:lang w:val="ru-RU"/>
        </w:rPr>
        <w:t>заявленный отвод защитнику был удовлетворен, адвокат А. от участия в деле был отстранен.</w:t>
      </w:r>
    </w:p>
    <w:p w14:paraId="1AD171E6" w14:textId="77777777" w:rsidR="00996808" w:rsidRPr="00996808" w:rsidRDefault="00996808" w:rsidP="00996808">
      <w:pPr>
        <w:ind w:right="-285"/>
        <w:rPr>
          <w:lang w:val="ru-RU"/>
        </w:rPr>
      </w:pPr>
      <w:r w:rsidRPr="00996808">
        <w:rPr>
          <w:lang w:val="ru-RU"/>
        </w:rPr>
        <w:t>В представленных объяснениях, адвокат А. с информационным письмом судьи не</w:t>
      </w:r>
    </w:p>
    <w:p w14:paraId="700B4F8E" w14:textId="77777777" w:rsidR="00996808" w:rsidRPr="00996808" w:rsidRDefault="00996808" w:rsidP="00996808">
      <w:pPr>
        <w:ind w:right="-285"/>
        <w:rPr>
          <w:lang w:val="ru-RU"/>
        </w:rPr>
      </w:pPr>
      <w:r w:rsidRPr="00996808">
        <w:rPr>
          <w:lang w:val="ru-RU"/>
        </w:rPr>
        <w:t>согласился, указал, что органами предварительного расследования его доверитель и двое</w:t>
      </w:r>
    </w:p>
    <w:p w14:paraId="7CF7F3F7" w14:textId="77777777" w:rsidR="00996808" w:rsidRPr="00996808" w:rsidRDefault="00996808" w:rsidP="00996808">
      <w:pPr>
        <w:ind w:right="-285"/>
        <w:rPr>
          <w:lang w:val="ru-RU"/>
        </w:rPr>
      </w:pPr>
      <w:r w:rsidRPr="00996808">
        <w:rPr>
          <w:lang w:val="ru-RU"/>
        </w:rPr>
        <w:t>его подельников обвинялись в совершении преступления, предусмотренного ч. 3 ст. 162 УК</w:t>
      </w:r>
    </w:p>
    <w:p w14:paraId="4F5754D3" w14:textId="77777777" w:rsidR="00996808" w:rsidRPr="00996808" w:rsidRDefault="00996808" w:rsidP="00996808">
      <w:pPr>
        <w:ind w:right="-285"/>
        <w:rPr>
          <w:lang w:val="ru-RU"/>
        </w:rPr>
      </w:pPr>
      <w:r w:rsidRPr="00996808">
        <w:rPr>
          <w:lang w:val="ru-RU"/>
        </w:rPr>
        <w:t>Российской Федерации, вину в содеянном признали в полном объеме, чистосердечно</w:t>
      </w:r>
    </w:p>
    <w:p w14:paraId="645DF380" w14:textId="77777777" w:rsidR="00996808" w:rsidRPr="00996808" w:rsidRDefault="00996808" w:rsidP="00996808">
      <w:pPr>
        <w:ind w:right="-285"/>
        <w:rPr>
          <w:lang w:val="ru-RU"/>
        </w:rPr>
      </w:pPr>
      <w:r w:rsidRPr="00996808">
        <w:rPr>
          <w:lang w:val="ru-RU"/>
        </w:rPr>
        <w:t>раскаялись и в досудебном порядке полностью возместили потерпевшим причиненный</w:t>
      </w:r>
    </w:p>
    <w:p w14:paraId="03534EF8" w14:textId="77777777" w:rsidR="00996808" w:rsidRPr="00996808" w:rsidRDefault="00996808" w:rsidP="00996808">
      <w:pPr>
        <w:ind w:right="-285"/>
        <w:rPr>
          <w:lang w:val="ru-RU"/>
        </w:rPr>
      </w:pPr>
      <w:r w:rsidRPr="00996808">
        <w:rPr>
          <w:lang w:val="ru-RU"/>
        </w:rPr>
        <w:t>ущерб и компенсировали моральный вред.</w:t>
      </w:r>
    </w:p>
    <w:p w14:paraId="2E092EED" w14:textId="77777777" w:rsidR="00996808" w:rsidRPr="00996808" w:rsidRDefault="00996808" w:rsidP="00996808">
      <w:pPr>
        <w:ind w:right="-285"/>
        <w:rPr>
          <w:lang w:val="ru-RU"/>
        </w:rPr>
      </w:pPr>
      <w:r w:rsidRPr="00996808">
        <w:rPr>
          <w:lang w:val="ru-RU"/>
        </w:rPr>
        <w:t>После вступления в данное уголовное дело, подзащитный рассказал адвокату А., что он со</w:t>
      </w:r>
    </w:p>
    <w:p w14:paraId="315A01BC" w14:textId="77777777" w:rsidR="00996808" w:rsidRPr="00996808" w:rsidRDefault="00996808" w:rsidP="00996808">
      <w:pPr>
        <w:ind w:right="-285"/>
        <w:rPr>
          <w:lang w:val="ru-RU"/>
        </w:rPr>
      </w:pPr>
      <w:r w:rsidRPr="00996808">
        <w:rPr>
          <w:lang w:val="ru-RU"/>
        </w:rPr>
        <w:t>своими подельниками договорились между собой о тайном завладении имуществом</w:t>
      </w:r>
    </w:p>
    <w:p w14:paraId="65014649" w14:textId="77777777" w:rsidR="00996808" w:rsidRPr="00996808" w:rsidRDefault="00996808" w:rsidP="00996808">
      <w:pPr>
        <w:ind w:right="-285"/>
        <w:rPr>
          <w:lang w:val="ru-RU"/>
        </w:rPr>
      </w:pPr>
      <w:r w:rsidRPr="00996808">
        <w:rPr>
          <w:lang w:val="ru-RU"/>
        </w:rPr>
        <w:t>потерпевшей, однако в своих первоначальных, признательных показаний, которые были</w:t>
      </w:r>
    </w:p>
    <w:p w14:paraId="7CF2592C" w14:textId="77777777" w:rsidR="00996808" w:rsidRPr="00996808" w:rsidRDefault="00996808" w:rsidP="00996808">
      <w:pPr>
        <w:ind w:right="-285"/>
        <w:rPr>
          <w:lang w:val="ru-RU"/>
        </w:rPr>
      </w:pPr>
      <w:r w:rsidRPr="00996808">
        <w:rPr>
          <w:lang w:val="ru-RU"/>
        </w:rPr>
        <w:t>даны под оказанным на них воздействием со стороны органов предварительного</w:t>
      </w:r>
    </w:p>
    <w:p w14:paraId="7853FA72" w14:textId="77777777" w:rsidR="00996808" w:rsidRPr="00996808" w:rsidRDefault="00996808" w:rsidP="00996808">
      <w:pPr>
        <w:ind w:right="-285"/>
        <w:rPr>
          <w:lang w:val="ru-RU"/>
        </w:rPr>
      </w:pPr>
      <w:r w:rsidRPr="00996808">
        <w:rPr>
          <w:lang w:val="ru-RU"/>
        </w:rPr>
        <w:t>расследования, они фактически оговорили себя и дали те показания, которые от них</w:t>
      </w:r>
    </w:p>
    <w:p w14:paraId="48BBE538" w14:textId="77777777" w:rsidR="00996808" w:rsidRPr="00996808" w:rsidRDefault="00996808" w:rsidP="00996808">
      <w:pPr>
        <w:ind w:right="-285"/>
        <w:rPr>
          <w:lang w:val="ru-RU"/>
        </w:rPr>
      </w:pPr>
      <w:r w:rsidRPr="00996808">
        <w:rPr>
          <w:lang w:val="ru-RU"/>
        </w:rPr>
        <w:t>требовал следователь, и на стадии следствия он, находясь в состоянии алкогольного</w:t>
      </w:r>
    </w:p>
    <w:p w14:paraId="6B556E48" w14:textId="77777777" w:rsidR="00996808" w:rsidRPr="00996808" w:rsidRDefault="00996808" w:rsidP="00996808">
      <w:pPr>
        <w:ind w:right="-285"/>
        <w:rPr>
          <w:lang w:val="ru-RU"/>
        </w:rPr>
      </w:pPr>
      <w:r w:rsidRPr="00996808">
        <w:rPr>
          <w:lang w:val="ru-RU"/>
        </w:rPr>
        <w:t xml:space="preserve">опьянения, подписал протокол </w:t>
      </w:r>
      <w:proofErr w:type="gramStart"/>
      <w:r w:rsidRPr="00996808">
        <w:rPr>
          <w:lang w:val="ru-RU"/>
        </w:rPr>
        <w:t>допроса</w:t>
      </w:r>
      <w:proofErr w:type="gramEnd"/>
      <w:r w:rsidRPr="00996808">
        <w:rPr>
          <w:lang w:val="ru-RU"/>
        </w:rPr>
        <w:t xml:space="preserve"> не вникая в его содержания, так как хотел</w:t>
      </w:r>
    </w:p>
    <w:p w14:paraId="4774B14C" w14:textId="77777777" w:rsidR="00996808" w:rsidRPr="00996808" w:rsidRDefault="00996808" w:rsidP="00996808">
      <w:pPr>
        <w:ind w:right="-285"/>
        <w:rPr>
          <w:lang w:val="ru-RU"/>
        </w:rPr>
      </w:pPr>
      <w:r w:rsidRPr="00996808">
        <w:rPr>
          <w:lang w:val="ru-RU"/>
        </w:rPr>
        <w:t>побыстрее уйти домой, в связи с чем, адвокат А. пришел к следующим выводам (цитата из</w:t>
      </w:r>
    </w:p>
    <w:p w14:paraId="62C29516" w14:textId="77777777" w:rsidR="00996808" w:rsidRPr="00996808" w:rsidRDefault="00996808" w:rsidP="00996808">
      <w:pPr>
        <w:ind w:right="-285"/>
        <w:rPr>
          <w:lang w:val="ru-RU"/>
        </w:rPr>
      </w:pPr>
      <w:r w:rsidRPr="00996808">
        <w:rPr>
          <w:lang w:val="ru-RU"/>
        </w:rPr>
        <w:t>объяснений): «для повышения статистических показателей раскрываемости особо тяжких</w:t>
      </w:r>
    </w:p>
    <w:p w14:paraId="5DDE5D15" w14:textId="77777777" w:rsidR="00996808" w:rsidRPr="00996808" w:rsidRDefault="00996808" w:rsidP="00996808">
      <w:pPr>
        <w:ind w:right="-285"/>
        <w:rPr>
          <w:lang w:val="ru-RU"/>
        </w:rPr>
      </w:pPr>
      <w:r w:rsidRPr="00996808">
        <w:rPr>
          <w:lang w:val="ru-RU"/>
        </w:rPr>
        <w:lastRenderedPageBreak/>
        <w:t>преступлений, следователь, с благословения надзирающего прокурора, решил отягчить</w:t>
      </w:r>
    </w:p>
    <w:p w14:paraId="36A5E4A4" w14:textId="77777777" w:rsidR="00996808" w:rsidRPr="00996808" w:rsidRDefault="00996808" w:rsidP="00996808">
      <w:pPr>
        <w:ind w:right="-285"/>
        <w:rPr>
          <w:lang w:val="ru-RU"/>
        </w:rPr>
      </w:pPr>
      <w:r w:rsidRPr="00996808">
        <w:rPr>
          <w:lang w:val="ru-RU"/>
        </w:rPr>
        <w:t>обвинение и склонил потерпевшего К. к даче нужных им показаний, на основании которых</w:t>
      </w:r>
    </w:p>
    <w:p w14:paraId="154144A4" w14:textId="77777777" w:rsidR="00996808" w:rsidRPr="00996808" w:rsidRDefault="00996808" w:rsidP="00996808">
      <w:pPr>
        <w:ind w:right="-285"/>
        <w:rPr>
          <w:lang w:val="ru-RU"/>
        </w:rPr>
      </w:pPr>
      <w:r w:rsidRPr="00996808">
        <w:rPr>
          <w:lang w:val="ru-RU"/>
        </w:rPr>
        <w:t>действия всех обвиняемых были квалифицированы по ч. 3 ст. 162 УК РФ».</w:t>
      </w:r>
    </w:p>
    <w:p w14:paraId="03F311FC" w14:textId="77777777" w:rsidR="00996808" w:rsidRPr="00996808" w:rsidRDefault="00996808" w:rsidP="00996808">
      <w:pPr>
        <w:ind w:right="-285"/>
        <w:rPr>
          <w:lang w:val="ru-RU"/>
        </w:rPr>
      </w:pPr>
      <w:r w:rsidRPr="00996808">
        <w:rPr>
          <w:lang w:val="ru-RU"/>
        </w:rPr>
        <w:t>Адвокат в объяснениях отметил, что в ходе неоднократных встреч со своим подзащитным</w:t>
      </w:r>
    </w:p>
    <w:p w14:paraId="1F05B230" w14:textId="77777777" w:rsidR="00996808" w:rsidRPr="00996808" w:rsidRDefault="00996808" w:rsidP="00996808">
      <w:pPr>
        <w:ind w:right="-285"/>
        <w:rPr>
          <w:lang w:val="ru-RU"/>
        </w:rPr>
      </w:pPr>
      <w:r w:rsidRPr="00996808">
        <w:rPr>
          <w:lang w:val="ru-RU"/>
        </w:rPr>
        <w:t>в помещении СИЗО-1, он доводил до него, что необходимо добиваться переквалификации</w:t>
      </w:r>
    </w:p>
    <w:p w14:paraId="38919369" w14:textId="77777777" w:rsidR="00996808" w:rsidRPr="00996808" w:rsidRDefault="00996808" w:rsidP="00996808">
      <w:pPr>
        <w:ind w:right="-285"/>
        <w:rPr>
          <w:lang w:val="ru-RU"/>
        </w:rPr>
      </w:pPr>
      <w:r w:rsidRPr="00996808">
        <w:rPr>
          <w:lang w:val="ru-RU"/>
        </w:rPr>
        <w:t>его деяния с разбоя на грабёж, в результате чего его подзащитный согласился с ним, и они</w:t>
      </w:r>
    </w:p>
    <w:p w14:paraId="43D0F0EC" w14:textId="77777777" w:rsidR="00996808" w:rsidRPr="00996808" w:rsidRDefault="00996808" w:rsidP="00996808">
      <w:pPr>
        <w:ind w:right="-285"/>
        <w:rPr>
          <w:lang w:val="ru-RU"/>
        </w:rPr>
      </w:pPr>
      <w:r w:rsidRPr="00996808">
        <w:rPr>
          <w:lang w:val="ru-RU"/>
        </w:rPr>
        <w:t>совместно выработали позицию защиты, оговорили выступление подзащитного на суде и в</w:t>
      </w:r>
    </w:p>
    <w:p w14:paraId="41B7560A" w14:textId="77777777" w:rsidR="00996808" w:rsidRPr="00996808" w:rsidRDefault="00996808" w:rsidP="00996808">
      <w:pPr>
        <w:ind w:right="-285"/>
        <w:rPr>
          <w:lang w:val="ru-RU"/>
        </w:rPr>
      </w:pPr>
      <w:r w:rsidRPr="00996808">
        <w:rPr>
          <w:lang w:val="ru-RU"/>
        </w:rPr>
        <w:t>прениях сторон, где свою вину он признаёт частично, т.е. в совершении грабежа, причины</w:t>
      </w:r>
    </w:p>
    <w:p w14:paraId="316CA256" w14:textId="77777777" w:rsidR="00996808" w:rsidRPr="00996808" w:rsidRDefault="00996808" w:rsidP="00996808">
      <w:pPr>
        <w:ind w:right="-285"/>
        <w:rPr>
          <w:lang w:val="ru-RU"/>
        </w:rPr>
      </w:pPr>
      <w:r w:rsidRPr="00996808">
        <w:rPr>
          <w:lang w:val="ru-RU"/>
        </w:rPr>
        <w:t>побудившие подзащитного изменить выработанную совместно позицию защиты, адвокату</w:t>
      </w:r>
    </w:p>
    <w:p w14:paraId="2F9C9BE1" w14:textId="77777777" w:rsidR="00996808" w:rsidRPr="00996808" w:rsidRDefault="00996808" w:rsidP="00996808">
      <w:pPr>
        <w:ind w:right="-285"/>
        <w:rPr>
          <w:lang w:val="ru-RU"/>
        </w:rPr>
      </w:pPr>
      <w:r w:rsidRPr="00996808">
        <w:rPr>
          <w:lang w:val="ru-RU"/>
        </w:rPr>
        <w:t>А. не известны, он не поставил его об этом в известность, полагает, что скорей всего у него</w:t>
      </w:r>
    </w:p>
    <w:p w14:paraId="2614CA07" w14:textId="77777777" w:rsidR="00996808" w:rsidRPr="00996808" w:rsidRDefault="00996808" w:rsidP="00996808">
      <w:pPr>
        <w:ind w:right="-285"/>
        <w:rPr>
          <w:lang w:val="ru-RU"/>
        </w:rPr>
      </w:pPr>
      <w:r w:rsidRPr="00996808">
        <w:rPr>
          <w:lang w:val="ru-RU"/>
        </w:rPr>
        <w:t>в камере появился какой-то «знаток», который и убедил его изменить позицию защиты.</w:t>
      </w:r>
    </w:p>
    <w:p w14:paraId="0697265E" w14:textId="77777777" w:rsidR="00996808" w:rsidRPr="00996808" w:rsidRDefault="00996808" w:rsidP="00996808">
      <w:pPr>
        <w:ind w:right="-285"/>
        <w:rPr>
          <w:lang w:val="ru-RU"/>
        </w:rPr>
      </w:pPr>
      <w:r w:rsidRPr="00996808">
        <w:rPr>
          <w:lang w:val="ru-RU"/>
        </w:rPr>
        <w:t>Квалификационная комиссия, изучив материалы дисциплинарного производства пришла к</w:t>
      </w:r>
    </w:p>
    <w:p w14:paraId="6FA7A3FC" w14:textId="77777777" w:rsidR="00996808" w:rsidRPr="00996808" w:rsidRDefault="00996808" w:rsidP="00996808">
      <w:pPr>
        <w:ind w:right="-285"/>
        <w:rPr>
          <w:lang w:val="ru-RU"/>
        </w:rPr>
      </w:pPr>
      <w:r w:rsidRPr="00996808">
        <w:rPr>
          <w:lang w:val="ru-RU"/>
        </w:rPr>
        <w:t>выводам, что доводы судьи подтверждаются надлежащими, достоверными и</w:t>
      </w:r>
    </w:p>
    <w:p w14:paraId="0D4AF176" w14:textId="77777777" w:rsidR="00996808" w:rsidRPr="00996808" w:rsidRDefault="00996808" w:rsidP="00996808">
      <w:pPr>
        <w:ind w:right="-285"/>
        <w:rPr>
          <w:lang w:val="ru-RU"/>
        </w:rPr>
      </w:pPr>
      <w:r w:rsidRPr="00996808">
        <w:rPr>
          <w:lang w:val="ru-RU"/>
        </w:rPr>
        <w:t>непротиворечивыми доказательствами.</w:t>
      </w:r>
    </w:p>
    <w:p w14:paraId="0F1DF989" w14:textId="77777777" w:rsidR="00996808" w:rsidRPr="00996808" w:rsidRDefault="00996808" w:rsidP="00996808">
      <w:pPr>
        <w:ind w:right="-285"/>
        <w:rPr>
          <w:lang w:val="ru-RU"/>
        </w:rPr>
      </w:pPr>
      <w:r w:rsidRPr="00996808">
        <w:rPr>
          <w:lang w:val="ru-RU"/>
        </w:rPr>
        <w:t>Обзор дисциплинарной практики 2025/2026</w:t>
      </w:r>
    </w:p>
    <w:p w14:paraId="0BFAC30E" w14:textId="77777777" w:rsidR="00996808" w:rsidRPr="00996808" w:rsidRDefault="00996808" w:rsidP="00996808">
      <w:pPr>
        <w:ind w:right="-285"/>
        <w:rPr>
          <w:lang w:val="ru-RU"/>
        </w:rPr>
      </w:pPr>
      <w:r w:rsidRPr="00996808">
        <w:rPr>
          <w:lang w:val="ru-RU"/>
        </w:rPr>
        <w:t>10</w:t>
      </w:r>
    </w:p>
    <w:p w14:paraId="2E19B219" w14:textId="77777777" w:rsidR="00996808" w:rsidRPr="00996808" w:rsidRDefault="00996808" w:rsidP="00996808">
      <w:pPr>
        <w:ind w:right="-285"/>
        <w:rPr>
          <w:lang w:val="ru-RU"/>
        </w:rPr>
      </w:pPr>
      <w:r w:rsidRPr="00996808">
        <w:rPr>
          <w:lang w:val="ru-RU"/>
        </w:rPr>
        <w:t>Так, из материалов дисциплинарного дела следует, что в ходе выступления в судебных</w:t>
      </w:r>
    </w:p>
    <w:p w14:paraId="2AD243E6" w14:textId="77777777" w:rsidR="00996808" w:rsidRPr="00996808" w:rsidRDefault="00996808" w:rsidP="00996808">
      <w:pPr>
        <w:ind w:right="-285"/>
        <w:rPr>
          <w:lang w:val="ru-RU"/>
        </w:rPr>
      </w:pPr>
      <w:r w:rsidRPr="00996808">
        <w:rPr>
          <w:lang w:val="ru-RU"/>
        </w:rPr>
        <w:t>прениях адвокат заявил в своей речи о переквалификации инкриминируемого его</w:t>
      </w:r>
    </w:p>
    <w:p w14:paraId="5F8387B9" w14:textId="77777777" w:rsidR="00996808" w:rsidRPr="00996808" w:rsidRDefault="00996808" w:rsidP="00996808">
      <w:pPr>
        <w:ind w:right="-285"/>
        <w:rPr>
          <w:lang w:val="ru-RU"/>
        </w:rPr>
      </w:pPr>
      <w:r w:rsidRPr="00996808">
        <w:rPr>
          <w:lang w:val="ru-RU"/>
        </w:rPr>
        <w:t>подзащитному преступления с ч. 3 ст. 162 УК РФ, на ч. 2 ст. 161 УК РФ.</w:t>
      </w:r>
    </w:p>
    <w:p w14:paraId="53FAB4C0" w14:textId="77777777" w:rsidR="00996808" w:rsidRPr="00996808" w:rsidRDefault="00996808" w:rsidP="00996808">
      <w:pPr>
        <w:ind w:right="-285"/>
        <w:rPr>
          <w:lang w:val="ru-RU"/>
        </w:rPr>
      </w:pPr>
      <w:r w:rsidRPr="00996808">
        <w:rPr>
          <w:lang w:val="ru-RU"/>
        </w:rPr>
        <w:t>Из выписки протокола судебного заседания следует, что адвокат заявил суду, что позицию</w:t>
      </w:r>
    </w:p>
    <w:p w14:paraId="53F4FCD8" w14:textId="77777777" w:rsidR="00996808" w:rsidRPr="00996808" w:rsidRDefault="00996808" w:rsidP="00996808">
      <w:pPr>
        <w:ind w:right="-285"/>
        <w:rPr>
          <w:lang w:val="ru-RU"/>
        </w:rPr>
      </w:pPr>
      <w:r w:rsidRPr="00996808">
        <w:rPr>
          <w:lang w:val="ru-RU"/>
        </w:rPr>
        <w:t>с подзащитным не согласовали, в связи с чем, он должен заявить самоотвод ввиду</w:t>
      </w:r>
    </w:p>
    <w:p w14:paraId="7894D52A" w14:textId="77777777" w:rsidR="00996808" w:rsidRPr="00996808" w:rsidRDefault="00996808" w:rsidP="00996808">
      <w:pPr>
        <w:ind w:right="-285"/>
        <w:rPr>
          <w:lang w:val="ru-RU"/>
        </w:rPr>
      </w:pPr>
      <w:r w:rsidRPr="00996808">
        <w:rPr>
          <w:lang w:val="ru-RU"/>
        </w:rPr>
        <w:t>несовпадения позиции, а также в связи с тем, что он (адвокат) не может представить</w:t>
      </w:r>
    </w:p>
    <w:p w14:paraId="00C29F47" w14:textId="77777777" w:rsidR="00996808" w:rsidRPr="00996808" w:rsidRDefault="00996808" w:rsidP="00996808">
      <w:pPr>
        <w:ind w:right="-285"/>
        <w:rPr>
          <w:lang w:val="ru-RU"/>
        </w:rPr>
      </w:pPr>
      <w:r w:rsidRPr="00996808">
        <w:rPr>
          <w:lang w:val="ru-RU"/>
        </w:rPr>
        <w:t>желаемое за действительное, поскольку тайного хищения он не видит, есть железный</w:t>
      </w:r>
    </w:p>
    <w:p w14:paraId="45651360" w14:textId="77777777" w:rsidR="00996808" w:rsidRPr="00996808" w:rsidRDefault="00996808" w:rsidP="00996808">
      <w:pPr>
        <w:ind w:right="-285"/>
        <w:rPr>
          <w:lang w:val="ru-RU"/>
        </w:rPr>
      </w:pPr>
      <w:r w:rsidRPr="00996808">
        <w:rPr>
          <w:lang w:val="ru-RU"/>
        </w:rPr>
        <w:t>(цитата) грабеж не более того, в связи с чем уголовное дело необходимо возвратить</w:t>
      </w:r>
    </w:p>
    <w:p w14:paraId="51A526A3" w14:textId="77777777" w:rsidR="00996808" w:rsidRPr="00996808" w:rsidRDefault="00996808" w:rsidP="00996808">
      <w:pPr>
        <w:ind w:right="-285"/>
        <w:rPr>
          <w:lang w:val="ru-RU"/>
        </w:rPr>
      </w:pPr>
      <w:r w:rsidRPr="00996808">
        <w:rPr>
          <w:lang w:val="ru-RU"/>
        </w:rPr>
        <w:t>прокурору, а его (адвоката) вывести из уголовного дела.</w:t>
      </w:r>
    </w:p>
    <w:p w14:paraId="47C81B93" w14:textId="77777777" w:rsidR="00996808" w:rsidRPr="00996808" w:rsidRDefault="00996808" w:rsidP="00996808">
      <w:pPr>
        <w:ind w:right="-285"/>
        <w:rPr>
          <w:lang w:val="ru-RU"/>
        </w:rPr>
      </w:pPr>
      <w:r w:rsidRPr="00996808">
        <w:rPr>
          <w:lang w:val="ru-RU"/>
        </w:rPr>
        <w:t>Подсудимый при этом пояснил, что он видит (квалификацию) как тайное хищение, что он</w:t>
      </w:r>
    </w:p>
    <w:p w14:paraId="62D6A081" w14:textId="77777777" w:rsidR="00996808" w:rsidRPr="00996808" w:rsidRDefault="00996808" w:rsidP="00996808">
      <w:pPr>
        <w:ind w:right="-285"/>
        <w:rPr>
          <w:lang w:val="ru-RU"/>
        </w:rPr>
      </w:pPr>
      <w:r w:rsidRPr="00996808">
        <w:rPr>
          <w:lang w:val="ru-RU"/>
        </w:rPr>
        <w:t>(адвокат) не знает, что написано в его (подсудимого) речи, что адвокату необходимо было</w:t>
      </w:r>
    </w:p>
    <w:p w14:paraId="5ED8675A" w14:textId="77777777" w:rsidR="00996808" w:rsidRPr="00996808" w:rsidRDefault="00996808" w:rsidP="00996808">
      <w:pPr>
        <w:ind w:right="-285"/>
        <w:rPr>
          <w:lang w:val="ru-RU"/>
        </w:rPr>
      </w:pPr>
      <w:r w:rsidRPr="00996808">
        <w:rPr>
          <w:lang w:val="ru-RU"/>
        </w:rPr>
        <w:t>приехать к нему в СИЗО, что он не может быть с адвокатом согласен и отводит его.</w:t>
      </w:r>
    </w:p>
    <w:p w14:paraId="2F01D684" w14:textId="77777777" w:rsidR="00996808" w:rsidRPr="00996808" w:rsidRDefault="00996808" w:rsidP="00996808">
      <w:pPr>
        <w:ind w:right="-285"/>
        <w:rPr>
          <w:lang w:val="ru-RU"/>
        </w:rPr>
      </w:pPr>
      <w:r w:rsidRPr="00996808">
        <w:rPr>
          <w:lang w:val="ru-RU"/>
        </w:rPr>
        <w:t>Согласно уголовно-правовой диспозиции состава преступления хищение по способу</w:t>
      </w:r>
    </w:p>
    <w:p w14:paraId="748F523A" w14:textId="77777777" w:rsidR="00996808" w:rsidRPr="00996808" w:rsidRDefault="00996808" w:rsidP="00996808">
      <w:pPr>
        <w:ind w:right="-285"/>
        <w:rPr>
          <w:lang w:val="ru-RU"/>
        </w:rPr>
      </w:pPr>
      <w:r w:rsidRPr="00996808">
        <w:rPr>
          <w:lang w:val="ru-RU"/>
        </w:rPr>
        <w:t>совершения (с применением к настоящему случаю) делится на тайное (кража), открытое</w:t>
      </w:r>
    </w:p>
    <w:p w14:paraId="395277D4" w14:textId="77777777" w:rsidR="00996808" w:rsidRPr="00996808" w:rsidRDefault="00996808" w:rsidP="00996808">
      <w:pPr>
        <w:ind w:right="-285"/>
        <w:rPr>
          <w:lang w:val="ru-RU"/>
        </w:rPr>
      </w:pPr>
      <w:r w:rsidRPr="00996808">
        <w:rPr>
          <w:lang w:val="ru-RU"/>
        </w:rPr>
        <w:t>(грабеж) и совершенное путем нападения, соединенного с насилием, опасным для жизни</w:t>
      </w:r>
    </w:p>
    <w:p w14:paraId="2BCBC421" w14:textId="77777777" w:rsidR="00996808" w:rsidRPr="00996808" w:rsidRDefault="00996808" w:rsidP="00996808">
      <w:pPr>
        <w:ind w:right="-285"/>
        <w:rPr>
          <w:lang w:val="ru-RU"/>
        </w:rPr>
      </w:pPr>
      <w:r w:rsidRPr="00996808">
        <w:rPr>
          <w:lang w:val="ru-RU"/>
        </w:rPr>
        <w:t>или здоровья, или с угрозой применения такого насилия (разбой).</w:t>
      </w:r>
    </w:p>
    <w:p w14:paraId="432FDDBC" w14:textId="77777777" w:rsidR="00996808" w:rsidRPr="00996808" w:rsidRDefault="00996808" w:rsidP="00996808">
      <w:pPr>
        <w:ind w:right="-285"/>
        <w:rPr>
          <w:lang w:val="ru-RU"/>
        </w:rPr>
      </w:pPr>
      <w:r w:rsidRPr="00996808">
        <w:rPr>
          <w:lang w:val="ru-RU"/>
        </w:rPr>
        <w:t>Предлагаемая адвокатом в прениях квалификация действий его подзащитного по ч. 2 ст.</w:t>
      </w:r>
    </w:p>
    <w:p w14:paraId="1E5A5488" w14:textId="77777777" w:rsidR="00996808" w:rsidRPr="00996808" w:rsidRDefault="00996808" w:rsidP="00996808">
      <w:pPr>
        <w:ind w:right="-285"/>
        <w:rPr>
          <w:lang w:val="ru-RU"/>
        </w:rPr>
      </w:pPr>
      <w:r w:rsidRPr="00996808">
        <w:rPr>
          <w:lang w:val="ru-RU"/>
        </w:rPr>
        <w:t>161 УК РФ (грабеж), относится к тяжкой категории преступлений и наказывается лишением</w:t>
      </w:r>
    </w:p>
    <w:p w14:paraId="0A69BA14" w14:textId="77777777" w:rsidR="00996808" w:rsidRPr="00996808" w:rsidRDefault="00996808" w:rsidP="00996808">
      <w:pPr>
        <w:ind w:right="-285"/>
        <w:rPr>
          <w:lang w:val="ru-RU"/>
        </w:rPr>
      </w:pPr>
      <w:r w:rsidRPr="00996808">
        <w:rPr>
          <w:lang w:val="ru-RU"/>
        </w:rPr>
        <w:t>свободы на срок до семи лет.</w:t>
      </w:r>
    </w:p>
    <w:p w14:paraId="15144E7C" w14:textId="77777777" w:rsidR="00996808" w:rsidRPr="00996808" w:rsidRDefault="00996808" w:rsidP="00996808">
      <w:pPr>
        <w:ind w:right="-285"/>
        <w:rPr>
          <w:lang w:val="ru-RU"/>
        </w:rPr>
      </w:pPr>
      <w:r w:rsidRPr="00996808">
        <w:rPr>
          <w:lang w:val="ru-RU"/>
        </w:rPr>
        <w:lastRenderedPageBreak/>
        <w:t>Тогда как позиция подсудимого основывается на квалификации по ч. 2 ст. 158 УК РФ</w:t>
      </w:r>
    </w:p>
    <w:p w14:paraId="4713ADE2" w14:textId="77777777" w:rsidR="00996808" w:rsidRPr="00996808" w:rsidRDefault="00996808" w:rsidP="00996808">
      <w:pPr>
        <w:ind w:right="-285"/>
        <w:rPr>
          <w:lang w:val="ru-RU"/>
        </w:rPr>
      </w:pPr>
      <w:r w:rsidRPr="00996808">
        <w:rPr>
          <w:lang w:val="ru-RU"/>
        </w:rPr>
        <w:t>(кража), которая является преступлением средней тяжести и наказывается лишением</w:t>
      </w:r>
    </w:p>
    <w:p w14:paraId="590291D7" w14:textId="77777777" w:rsidR="00996808" w:rsidRPr="00996808" w:rsidRDefault="00996808" w:rsidP="00996808">
      <w:pPr>
        <w:ind w:right="-285"/>
        <w:rPr>
          <w:lang w:val="ru-RU"/>
        </w:rPr>
      </w:pPr>
      <w:r w:rsidRPr="00996808">
        <w:rPr>
          <w:lang w:val="ru-RU"/>
        </w:rPr>
        <w:t>свободы на срок до пяти лет.</w:t>
      </w:r>
    </w:p>
    <w:p w14:paraId="52A1BDAB" w14:textId="77777777" w:rsidR="00996808" w:rsidRPr="00996808" w:rsidRDefault="00996808" w:rsidP="00996808">
      <w:pPr>
        <w:ind w:right="-285"/>
        <w:rPr>
          <w:lang w:val="ru-RU"/>
        </w:rPr>
      </w:pPr>
      <w:r w:rsidRPr="00996808">
        <w:rPr>
          <w:lang w:val="ru-RU"/>
        </w:rPr>
        <w:t>При таких обстоятельствах, Квалификационная комиссия признала презумпцию</w:t>
      </w:r>
    </w:p>
    <w:p w14:paraId="21F63DC9" w14:textId="77777777" w:rsidR="00996808" w:rsidRPr="00996808" w:rsidRDefault="00996808" w:rsidP="00996808">
      <w:pPr>
        <w:ind w:right="-285"/>
        <w:rPr>
          <w:lang w:val="ru-RU"/>
        </w:rPr>
      </w:pPr>
      <w:r w:rsidRPr="00996808">
        <w:rPr>
          <w:lang w:val="ru-RU"/>
        </w:rPr>
        <w:t>добросовестности адвоката опровергнутой, а его вину в совершении дисциплинарных</w:t>
      </w:r>
    </w:p>
    <w:p w14:paraId="7EAD1ABD" w14:textId="77777777" w:rsidR="00996808" w:rsidRPr="00996808" w:rsidRDefault="00996808" w:rsidP="00996808">
      <w:pPr>
        <w:ind w:right="-285"/>
        <w:rPr>
          <w:lang w:val="ru-RU"/>
        </w:rPr>
      </w:pPr>
      <w:proofErr w:type="gramStart"/>
      <w:r w:rsidRPr="00996808">
        <w:rPr>
          <w:lang w:val="ru-RU"/>
        </w:rPr>
        <w:t>проступков</w:t>
      </w:r>
      <w:proofErr w:type="gramEnd"/>
      <w:r w:rsidRPr="00996808">
        <w:rPr>
          <w:lang w:val="ru-RU"/>
        </w:rPr>
        <w:t xml:space="preserve"> выразившихся в занятии по делу позиции, противоположную позиции</w:t>
      </w:r>
    </w:p>
    <w:p w14:paraId="51E7B2E1" w14:textId="77777777" w:rsidR="00996808" w:rsidRPr="00996808" w:rsidRDefault="00996808" w:rsidP="00996808">
      <w:pPr>
        <w:ind w:right="-285"/>
        <w:rPr>
          <w:lang w:val="ru-RU"/>
        </w:rPr>
      </w:pPr>
      <w:r w:rsidRPr="00996808">
        <w:rPr>
          <w:lang w:val="ru-RU"/>
        </w:rPr>
        <w:t>доверителя вопреки воле подзащитного и ухудшающую его положение, – установленными.</w:t>
      </w:r>
    </w:p>
    <w:p w14:paraId="40C64312" w14:textId="77777777" w:rsidR="00996808" w:rsidRPr="00996808" w:rsidRDefault="00996808" w:rsidP="00996808">
      <w:pPr>
        <w:ind w:right="-285"/>
        <w:rPr>
          <w:lang w:val="ru-RU"/>
        </w:rPr>
      </w:pPr>
      <w:r w:rsidRPr="00996808">
        <w:rPr>
          <w:lang w:val="ru-RU"/>
        </w:rPr>
        <w:t>Проведя голосование, Квалификационная комиссия палаты вынесла заключение, о наличии</w:t>
      </w:r>
    </w:p>
    <w:p w14:paraId="1107E182" w14:textId="77777777" w:rsidR="00996808" w:rsidRPr="00996808" w:rsidRDefault="00996808" w:rsidP="00996808">
      <w:pPr>
        <w:ind w:right="-285"/>
        <w:rPr>
          <w:lang w:val="ru-RU"/>
        </w:rPr>
      </w:pPr>
      <w:r w:rsidRPr="00996808">
        <w:rPr>
          <w:lang w:val="ru-RU"/>
        </w:rPr>
        <w:t>в действиях (бездействии) адвоката А.. нарушений норм, предусмотренных подпунктом 3</w:t>
      </w:r>
    </w:p>
    <w:p w14:paraId="7662F524" w14:textId="77777777" w:rsidR="00996808" w:rsidRPr="00996808" w:rsidRDefault="00996808" w:rsidP="00996808">
      <w:pPr>
        <w:ind w:right="-285"/>
        <w:rPr>
          <w:lang w:val="ru-RU"/>
        </w:rPr>
      </w:pPr>
      <w:r w:rsidRPr="00996808">
        <w:rPr>
          <w:lang w:val="ru-RU"/>
        </w:rPr>
        <w:t>пункта 4 статьи 6, пунктами 1, 4 части 1 статьи 7 Федерального закона № 63-ФЗ «Об</w:t>
      </w:r>
    </w:p>
    <w:p w14:paraId="4D6359C4" w14:textId="77777777" w:rsidR="00996808" w:rsidRPr="00996808" w:rsidRDefault="00996808" w:rsidP="00996808">
      <w:pPr>
        <w:ind w:right="-285"/>
        <w:rPr>
          <w:lang w:val="ru-RU"/>
        </w:rPr>
      </w:pPr>
      <w:r w:rsidRPr="00996808">
        <w:rPr>
          <w:lang w:val="ru-RU"/>
        </w:rPr>
        <w:t>адвокатской деятельности и адвокатуре в Российской Федерации</w:t>
      </w:r>
      <w:proofErr w:type="gramStart"/>
      <w:r w:rsidRPr="00996808">
        <w:rPr>
          <w:lang w:val="ru-RU"/>
        </w:rPr>
        <w:t>» ,</w:t>
      </w:r>
      <w:proofErr w:type="gramEnd"/>
      <w:r w:rsidRPr="00996808">
        <w:rPr>
          <w:lang w:val="ru-RU"/>
        </w:rPr>
        <w:t xml:space="preserve"> подпунктом 2 пункта 1</w:t>
      </w:r>
    </w:p>
    <w:p w14:paraId="77779F6C" w14:textId="77777777" w:rsidR="00996808" w:rsidRPr="00996808" w:rsidRDefault="00996808" w:rsidP="00996808">
      <w:pPr>
        <w:ind w:right="-285"/>
        <w:rPr>
          <w:lang w:val="ru-RU"/>
        </w:rPr>
      </w:pPr>
      <w:r w:rsidRPr="00996808">
        <w:rPr>
          <w:lang w:val="ru-RU"/>
        </w:rPr>
        <w:t>статьи 9 Кодекса профессиональной этики.</w:t>
      </w:r>
    </w:p>
    <w:p w14:paraId="432BEFAA" w14:textId="77777777" w:rsidR="00996808" w:rsidRPr="00996808" w:rsidRDefault="00996808" w:rsidP="00996808">
      <w:pPr>
        <w:ind w:right="-285"/>
        <w:rPr>
          <w:lang w:val="ru-RU"/>
        </w:rPr>
      </w:pPr>
      <w:r w:rsidRPr="00996808">
        <w:rPr>
          <w:lang w:val="ru-RU"/>
        </w:rPr>
        <w:t>Совет адвокатской палаты, рассмотрев поступившее с заключением дисциплинарное</w:t>
      </w:r>
    </w:p>
    <w:p w14:paraId="07962926" w14:textId="77777777" w:rsidR="00996808" w:rsidRPr="00996808" w:rsidRDefault="00996808" w:rsidP="00996808">
      <w:pPr>
        <w:ind w:right="-285"/>
        <w:rPr>
          <w:lang w:val="ru-RU"/>
        </w:rPr>
      </w:pPr>
      <w:r w:rsidRPr="00996808">
        <w:rPr>
          <w:lang w:val="ru-RU"/>
        </w:rPr>
        <w:t>производство согласился с выводами Квалификационной комиссии, при этом принял</w:t>
      </w:r>
    </w:p>
    <w:p w14:paraId="26B548DC" w14:textId="77777777" w:rsidR="00996808" w:rsidRPr="00996808" w:rsidRDefault="00996808" w:rsidP="00996808">
      <w:pPr>
        <w:ind w:right="-285"/>
        <w:rPr>
          <w:lang w:val="ru-RU"/>
        </w:rPr>
      </w:pPr>
      <w:r w:rsidRPr="00996808">
        <w:rPr>
          <w:lang w:val="ru-RU"/>
        </w:rPr>
        <w:t>решение о прекращении дисциплинарного производства в отношении адвоката А.</w:t>
      </w:r>
    </w:p>
    <w:p w14:paraId="13B8E04A" w14:textId="77777777" w:rsidR="00996808" w:rsidRPr="00996808" w:rsidRDefault="00996808" w:rsidP="00996808">
      <w:pPr>
        <w:ind w:right="-285"/>
        <w:rPr>
          <w:lang w:val="ru-RU"/>
        </w:rPr>
      </w:pPr>
      <w:r w:rsidRPr="00996808">
        <w:rPr>
          <w:lang w:val="ru-RU"/>
        </w:rPr>
        <w:t>вследствие малозначительности совершенного адвокатом проступка с указанием адвокату</w:t>
      </w:r>
    </w:p>
    <w:p w14:paraId="36812B7C" w14:textId="77777777" w:rsidR="00996808" w:rsidRPr="00996808" w:rsidRDefault="00996808" w:rsidP="00996808">
      <w:pPr>
        <w:ind w:right="-285"/>
        <w:rPr>
          <w:lang w:val="ru-RU"/>
        </w:rPr>
      </w:pPr>
      <w:r w:rsidRPr="00996808">
        <w:rPr>
          <w:lang w:val="ru-RU"/>
        </w:rPr>
        <w:t>на допущенное нарушение.</w:t>
      </w:r>
    </w:p>
    <w:p w14:paraId="146DFB28" w14:textId="77777777" w:rsidR="00996808" w:rsidRPr="00996808" w:rsidRDefault="00996808" w:rsidP="00996808">
      <w:pPr>
        <w:ind w:right="-285"/>
        <w:rPr>
          <w:lang w:val="ru-RU"/>
        </w:rPr>
      </w:pPr>
      <w:r w:rsidRPr="00996808">
        <w:rPr>
          <w:lang w:val="ru-RU"/>
        </w:rPr>
        <w:t>4.2. Совет прекратил дисциплинарное производство в отношении адвоката Б.,</w:t>
      </w:r>
    </w:p>
    <w:p w14:paraId="5A48EF78" w14:textId="77777777" w:rsidR="00996808" w:rsidRPr="00996808" w:rsidRDefault="00996808" w:rsidP="00996808">
      <w:pPr>
        <w:ind w:right="-285"/>
        <w:rPr>
          <w:lang w:val="ru-RU"/>
        </w:rPr>
      </w:pPr>
      <w:r w:rsidRPr="00996808">
        <w:rPr>
          <w:lang w:val="ru-RU"/>
        </w:rPr>
        <w:t>вследствие обнаружившегося в ходе разбирательства отсутствия допустимого повода</w:t>
      </w:r>
    </w:p>
    <w:p w14:paraId="3B17A270" w14:textId="77777777" w:rsidR="00996808" w:rsidRPr="00996808" w:rsidRDefault="00996808" w:rsidP="00996808">
      <w:pPr>
        <w:ind w:right="-285"/>
        <w:rPr>
          <w:lang w:val="ru-RU"/>
        </w:rPr>
      </w:pPr>
      <w:r w:rsidRPr="00996808">
        <w:rPr>
          <w:lang w:val="ru-RU"/>
        </w:rPr>
        <w:t>для возбуждения дисциплинарного производства в части дисциплинарных обвинений</w:t>
      </w:r>
    </w:p>
    <w:p w14:paraId="14BF8658" w14:textId="77777777" w:rsidR="00996808" w:rsidRPr="00996808" w:rsidRDefault="00996808" w:rsidP="00996808">
      <w:pPr>
        <w:ind w:right="-285"/>
        <w:rPr>
          <w:lang w:val="ru-RU"/>
        </w:rPr>
      </w:pPr>
      <w:r w:rsidRPr="00996808">
        <w:rPr>
          <w:lang w:val="ru-RU"/>
        </w:rPr>
        <w:t>и о необходимости прекращения в части дисциплинарного производства вследствие</w:t>
      </w:r>
    </w:p>
    <w:p w14:paraId="1291A7C7" w14:textId="77777777" w:rsidR="00996808" w:rsidRPr="00996808" w:rsidRDefault="00996808" w:rsidP="00996808">
      <w:pPr>
        <w:ind w:right="-285"/>
        <w:rPr>
          <w:lang w:val="ru-RU"/>
        </w:rPr>
      </w:pPr>
      <w:r w:rsidRPr="00996808">
        <w:rPr>
          <w:lang w:val="ru-RU"/>
        </w:rPr>
        <w:t>отсутствия в действиях (бездействии) адвоката нарушения норм законодательства об</w:t>
      </w:r>
    </w:p>
    <w:p w14:paraId="78DE2D8B" w14:textId="77777777" w:rsidR="00996808" w:rsidRPr="00996808" w:rsidRDefault="00996808" w:rsidP="00996808">
      <w:pPr>
        <w:ind w:right="-285"/>
        <w:rPr>
          <w:lang w:val="ru-RU"/>
        </w:rPr>
      </w:pPr>
      <w:r w:rsidRPr="00996808">
        <w:rPr>
          <w:lang w:val="ru-RU"/>
        </w:rPr>
        <w:t>адвокатской деятельности и адвокатуре и (или) настоящего Кодекса либо вследствие</w:t>
      </w:r>
    </w:p>
    <w:p w14:paraId="7E862CCC" w14:textId="77777777" w:rsidR="00996808" w:rsidRPr="00996808" w:rsidRDefault="00996808" w:rsidP="00996808">
      <w:pPr>
        <w:ind w:right="-285"/>
        <w:rPr>
          <w:lang w:val="ru-RU"/>
        </w:rPr>
      </w:pPr>
      <w:r w:rsidRPr="00996808">
        <w:rPr>
          <w:lang w:val="ru-RU"/>
        </w:rPr>
        <w:t>надлежащего исполнения адвокатом своих профессиональных обязанностей.</w:t>
      </w:r>
    </w:p>
    <w:p w14:paraId="7C717F53" w14:textId="77777777" w:rsidR="00996808" w:rsidRPr="00996808" w:rsidRDefault="00996808" w:rsidP="00996808">
      <w:pPr>
        <w:ind w:right="-285"/>
        <w:rPr>
          <w:lang w:val="ru-RU"/>
        </w:rPr>
      </w:pPr>
      <w:r w:rsidRPr="00996808">
        <w:rPr>
          <w:lang w:val="ru-RU"/>
        </w:rPr>
        <w:t>Обзор дисциплинарной практики 2025/2026</w:t>
      </w:r>
    </w:p>
    <w:p w14:paraId="292E7EAD" w14:textId="77777777" w:rsidR="00996808" w:rsidRPr="00996808" w:rsidRDefault="00996808" w:rsidP="00996808">
      <w:pPr>
        <w:ind w:right="-285"/>
        <w:rPr>
          <w:lang w:val="ru-RU"/>
        </w:rPr>
      </w:pPr>
      <w:r w:rsidRPr="00996808">
        <w:rPr>
          <w:lang w:val="ru-RU"/>
        </w:rPr>
        <w:t>11</w:t>
      </w:r>
    </w:p>
    <w:p w14:paraId="77BE7F7F" w14:textId="77777777" w:rsidR="00996808" w:rsidRPr="00996808" w:rsidRDefault="00996808" w:rsidP="00996808">
      <w:pPr>
        <w:ind w:right="-285"/>
        <w:rPr>
          <w:lang w:val="ru-RU"/>
        </w:rPr>
      </w:pPr>
      <w:r w:rsidRPr="00996808">
        <w:rPr>
          <w:lang w:val="ru-RU"/>
        </w:rPr>
        <w:t>Поводом для возбуждения дисциплинарного производства послужило обращение судьи</w:t>
      </w:r>
    </w:p>
    <w:p w14:paraId="622E245E" w14:textId="77777777" w:rsidR="00996808" w:rsidRPr="00996808" w:rsidRDefault="00996808" w:rsidP="00996808">
      <w:pPr>
        <w:ind w:right="-285"/>
        <w:rPr>
          <w:lang w:val="ru-RU"/>
        </w:rPr>
      </w:pPr>
      <w:r w:rsidRPr="00996808">
        <w:rPr>
          <w:lang w:val="ru-RU"/>
        </w:rPr>
        <w:t>Южно-Сахалинского гарнизонного военного суда в отношении адвоката Б., из которого</w:t>
      </w:r>
    </w:p>
    <w:p w14:paraId="1F36264F" w14:textId="77777777" w:rsidR="00996808" w:rsidRPr="00996808" w:rsidRDefault="00996808" w:rsidP="00996808">
      <w:pPr>
        <w:ind w:right="-285"/>
        <w:rPr>
          <w:lang w:val="ru-RU"/>
        </w:rPr>
      </w:pPr>
      <w:r w:rsidRPr="00996808">
        <w:rPr>
          <w:lang w:val="ru-RU"/>
        </w:rPr>
        <w:t>следовало, что последняя не прибыла в назначенное судебное заседание, документов,</w:t>
      </w:r>
    </w:p>
    <w:p w14:paraId="7B685759" w14:textId="77777777" w:rsidR="00996808" w:rsidRPr="00996808" w:rsidRDefault="00996808" w:rsidP="00996808">
      <w:pPr>
        <w:ind w:right="-285"/>
        <w:rPr>
          <w:lang w:val="ru-RU"/>
        </w:rPr>
      </w:pPr>
      <w:r w:rsidRPr="00996808">
        <w:rPr>
          <w:lang w:val="ru-RU"/>
        </w:rPr>
        <w:t>сведений, подтверждающих уважительность причины неявки, в суд не предоставила.</w:t>
      </w:r>
    </w:p>
    <w:p w14:paraId="6CEBE971" w14:textId="77777777" w:rsidR="00996808" w:rsidRPr="00996808" w:rsidRDefault="00996808" w:rsidP="00996808">
      <w:pPr>
        <w:ind w:right="-285"/>
        <w:rPr>
          <w:lang w:val="ru-RU"/>
        </w:rPr>
      </w:pPr>
      <w:r w:rsidRPr="00996808">
        <w:rPr>
          <w:lang w:val="ru-RU"/>
        </w:rPr>
        <w:t>В рамках уголовного производства № 1-00/0000 для обеспечения подсудимого,</w:t>
      </w:r>
    </w:p>
    <w:p w14:paraId="3167747C" w14:textId="77777777" w:rsidR="00996808" w:rsidRPr="00996808" w:rsidRDefault="00996808" w:rsidP="00996808">
      <w:pPr>
        <w:ind w:right="-285"/>
        <w:rPr>
          <w:lang w:val="ru-RU"/>
        </w:rPr>
      </w:pPr>
      <w:r w:rsidRPr="00996808">
        <w:rPr>
          <w:lang w:val="ru-RU"/>
        </w:rPr>
        <w:t>находящегося под стражей защитником, судом посредством комплексной информационной</w:t>
      </w:r>
    </w:p>
    <w:p w14:paraId="68EC8A31" w14:textId="77777777" w:rsidR="00996808" w:rsidRPr="00996808" w:rsidRDefault="00996808" w:rsidP="00996808">
      <w:pPr>
        <w:ind w:right="-285"/>
        <w:rPr>
          <w:lang w:val="ru-RU"/>
        </w:rPr>
      </w:pPr>
      <w:r w:rsidRPr="00996808">
        <w:rPr>
          <w:lang w:val="ru-RU"/>
        </w:rPr>
        <w:t>системой адвокатуры России (далее - КИС АР) было направлено уведомление № 0000,</w:t>
      </w:r>
    </w:p>
    <w:p w14:paraId="557E6F23" w14:textId="77777777" w:rsidR="00996808" w:rsidRPr="00996808" w:rsidRDefault="00996808" w:rsidP="00996808">
      <w:pPr>
        <w:ind w:right="-285"/>
        <w:rPr>
          <w:lang w:val="ru-RU"/>
        </w:rPr>
      </w:pPr>
      <w:r w:rsidRPr="00996808">
        <w:rPr>
          <w:lang w:val="ru-RU"/>
        </w:rPr>
        <w:t>которое было принято адвокатом Б., тем самым адвокатом была принята защита</w:t>
      </w:r>
    </w:p>
    <w:p w14:paraId="6E7A7CC9" w14:textId="77777777" w:rsidR="00996808" w:rsidRPr="00996808" w:rsidRDefault="00996808" w:rsidP="00996808">
      <w:pPr>
        <w:ind w:right="-285"/>
        <w:rPr>
          <w:lang w:val="ru-RU"/>
        </w:rPr>
      </w:pPr>
      <w:r w:rsidRPr="00996808">
        <w:rPr>
          <w:lang w:val="ru-RU"/>
        </w:rPr>
        <w:t>подсудимого.</w:t>
      </w:r>
    </w:p>
    <w:p w14:paraId="6C121A83" w14:textId="77777777" w:rsidR="00996808" w:rsidRPr="00996808" w:rsidRDefault="00996808" w:rsidP="00996808">
      <w:pPr>
        <w:ind w:right="-285"/>
        <w:rPr>
          <w:lang w:val="ru-RU"/>
        </w:rPr>
      </w:pPr>
      <w:r w:rsidRPr="00996808">
        <w:rPr>
          <w:lang w:val="ru-RU"/>
        </w:rPr>
        <w:lastRenderedPageBreak/>
        <w:t>В назначенную судом дату рассмотрения уголовного дела по существу, адвокат Б. не</w:t>
      </w:r>
    </w:p>
    <w:p w14:paraId="0D8FF839" w14:textId="77777777" w:rsidR="00996808" w:rsidRPr="00996808" w:rsidRDefault="00996808" w:rsidP="00996808">
      <w:pPr>
        <w:ind w:right="-285"/>
        <w:rPr>
          <w:lang w:val="ru-RU"/>
        </w:rPr>
      </w:pPr>
      <w:r w:rsidRPr="00996808">
        <w:rPr>
          <w:lang w:val="ru-RU"/>
        </w:rPr>
        <w:t>прибыла, документов, сведений, подтверждающих уважительность причины неявки, в суд</w:t>
      </w:r>
    </w:p>
    <w:p w14:paraId="67325415" w14:textId="77777777" w:rsidR="00996808" w:rsidRPr="00996808" w:rsidRDefault="00996808" w:rsidP="00996808">
      <w:pPr>
        <w:ind w:right="-285"/>
        <w:rPr>
          <w:lang w:val="ru-RU"/>
        </w:rPr>
      </w:pPr>
      <w:r w:rsidRPr="00996808">
        <w:rPr>
          <w:lang w:val="ru-RU"/>
        </w:rPr>
        <w:t>не предоставила.</w:t>
      </w:r>
    </w:p>
    <w:p w14:paraId="10D09E5F" w14:textId="77777777" w:rsidR="00996808" w:rsidRPr="00996808" w:rsidRDefault="00996808" w:rsidP="00996808">
      <w:pPr>
        <w:ind w:right="-285"/>
        <w:rPr>
          <w:lang w:val="ru-RU"/>
        </w:rPr>
      </w:pPr>
      <w:r w:rsidRPr="00996808">
        <w:rPr>
          <w:lang w:val="ru-RU"/>
        </w:rPr>
        <w:t>В объявленном, в связи с неявкой защитника перерыве, секретарь суда связалась по</w:t>
      </w:r>
    </w:p>
    <w:p w14:paraId="2E5855D7" w14:textId="77777777" w:rsidR="00996808" w:rsidRPr="00996808" w:rsidRDefault="00996808" w:rsidP="00996808">
      <w:pPr>
        <w:ind w:right="-285"/>
        <w:rPr>
          <w:lang w:val="ru-RU"/>
        </w:rPr>
      </w:pPr>
      <w:r w:rsidRPr="00996808">
        <w:rPr>
          <w:lang w:val="ru-RU"/>
        </w:rPr>
        <w:t>телефонной связи с адвокатом Б., которая сообщила, что находится за пределами</w:t>
      </w:r>
    </w:p>
    <w:p w14:paraId="0DE1DCD8" w14:textId="77777777" w:rsidR="00996808" w:rsidRPr="00996808" w:rsidRDefault="00996808" w:rsidP="00996808">
      <w:pPr>
        <w:ind w:right="-285"/>
        <w:rPr>
          <w:lang w:val="ru-RU"/>
        </w:rPr>
      </w:pPr>
      <w:r w:rsidRPr="00996808">
        <w:rPr>
          <w:lang w:val="ru-RU"/>
        </w:rPr>
        <w:t>Сахалинской области в связи с участием в другом деле, в следствие чего судья пришёл к</w:t>
      </w:r>
    </w:p>
    <w:p w14:paraId="2CE205BD" w14:textId="77777777" w:rsidR="00996808" w:rsidRPr="00996808" w:rsidRDefault="00996808" w:rsidP="00996808">
      <w:pPr>
        <w:ind w:right="-285"/>
        <w:rPr>
          <w:lang w:val="ru-RU"/>
        </w:rPr>
      </w:pPr>
      <w:r w:rsidRPr="00996808">
        <w:rPr>
          <w:lang w:val="ru-RU"/>
        </w:rPr>
        <w:t>выводам, что допущенные адвокатом нарушения действующего законодательства</w:t>
      </w:r>
    </w:p>
    <w:p w14:paraId="7602F122" w14:textId="77777777" w:rsidR="00996808" w:rsidRPr="00996808" w:rsidRDefault="00996808" w:rsidP="00996808">
      <w:pPr>
        <w:ind w:right="-285"/>
        <w:rPr>
          <w:lang w:val="ru-RU"/>
        </w:rPr>
      </w:pPr>
      <w:r w:rsidRPr="00996808">
        <w:rPr>
          <w:lang w:val="ru-RU"/>
        </w:rPr>
        <w:t>выразившиеся в неисполнении своих профессиональных обязанностей, фактическом отказе</w:t>
      </w:r>
    </w:p>
    <w:p w14:paraId="69E99E82" w14:textId="77777777" w:rsidR="00996808" w:rsidRPr="00996808" w:rsidRDefault="00996808" w:rsidP="00996808">
      <w:pPr>
        <w:ind w:right="-285"/>
        <w:rPr>
          <w:lang w:val="ru-RU"/>
        </w:rPr>
      </w:pPr>
      <w:r w:rsidRPr="00996808">
        <w:rPr>
          <w:lang w:val="ru-RU"/>
        </w:rPr>
        <w:t>от принятой на себя защиты подсудимого, в явном неуважении к суду и другим участникам</w:t>
      </w:r>
    </w:p>
    <w:p w14:paraId="4272D67D" w14:textId="77777777" w:rsidR="00996808" w:rsidRPr="00996808" w:rsidRDefault="00996808" w:rsidP="00996808">
      <w:pPr>
        <w:ind w:right="-285"/>
        <w:rPr>
          <w:lang w:val="ru-RU"/>
        </w:rPr>
      </w:pPr>
      <w:r w:rsidRPr="00996808">
        <w:rPr>
          <w:lang w:val="ru-RU"/>
        </w:rPr>
        <w:t>уголовного судопроизводства, умаляют авторитет адвокатуры и могут служить</w:t>
      </w:r>
    </w:p>
    <w:p w14:paraId="4A9B5D84" w14:textId="77777777" w:rsidR="00996808" w:rsidRPr="00996808" w:rsidRDefault="00996808" w:rsidP="00996808">
      <w:pPr>
        <w:ind w:right="-285"/>
        <w:rPr>
          <w:lang w:val="ru-RU"/>
        </w:rPr>
      </w:pPr>
      <w:r w:rsidRPr="00996808">
        <w:rPr>
          <w:lang w:val="ru-RU"/>
        </w:rPr>
        <w:t>основаниями для применения к адвокату Б. мер дисциплинарной ответственности.</w:t>
      </w:r>
    </w:p>
    <w:p w14:paraId="455F5E34" w14:textId="77777777" w:rsidR="00996808" w:rsidRPr="00996808" w:rsidRDefault="00996808" w:rsidP="00996808">
      <w:pPr>
        <w:ind w:right="-285"/>
        <w:rPr>
          <w:lang w:val="ru-RU"/>
        </w:rPr>
      </w:pPr>
      <w:r w:rsidRPr="00996808">
        <w:rPr>
          <w:lang w:val="ru-RU"/>
        </w:rPr>
        <w:t>Адвокат Б., с доводами судьи не согласилась. В объяснениях указала, что посредством КИС</w:t>
      </w:r>
    </w:p>
    <w:p w14:paraId="76ADD524" w14:textId="77777777" w:rsidR="00996808" w:rsidRPr="00996808" w:rsidRDefault="00996808" w:rsidP="00996808">
      <w:pPr>
        <w:ind w:right="-285"/>
        <w:rPr>
          <w:lang w:val="ru-RU"/>
        </w:rPr>
      </w:pPr>
      <w:r w:rsidRPr="00996808">
        <w:rPr>
          <w:lang w:val="ru-RU"/>
        </w:rPr>
        <w:t>АР ею было принято поручение на защиту подсудимого по уголовному делу в Южно-</w:t>
      </w:r>
    </w:p>
    <w:p w14:paraId="05D6C7A2" w14:textId="77777777" w:rsidR="00996808" w:rsidRPr="00996808" w:rsidRDefault="00996808" w:rsidP="00996808">
      <w:pPr>
        <w:ind w:right="-285"/>
        <w:rPr>
          <w:lang w:val="ru-RU"/>
        </w:rPr>
      </w:pPr>
      <w:r w:rsidRPr="00996808">
        <w:rPr>
          <w:lang w:val="ru-RU"/>
        </w:rPr>
        <w:t>Сахалинском гарнизонном военном суде.</w:t>
      </w:r>
    </w:p>
    <w:p w14:paraId="1BB54794" w14:textId="77777777" w:rsidR="00996808" w:rsidRPr="00996808" w:rsidRDefault="00996808" w:rsidP="00996808">
      <w:pPr>
        <w:ind w:right="-285"/>
        <w:rPr>
          <w:lang w:val="ru-RU"/>
        </w:rPr>
      </w:pPr>
      <w:r w:rsidRPr="00996808">
        <w:rPr>
          <w:lang w:val="ru-RU"/>
        </w:rPr>
        <w:t>В утреннее время назначенной даты судебного заседания, у адвоката возникла</w:t>
      </w:r>
    </w:p>
    <w:p w14:paraId="1487B550" w14:textId="77777777" w:rsidR="00996808" w:rsidRPr="00996808" w:rsidRDefault="00996808" w:rsidP="00996808">
      <w:pPr>
        <w:ind w:right="-285"/>
        <w:rPr>
          <w:lang w:val="ru-RU"/>
        </w:rPr>
      </w:pPr>
      <w:r w:rsidRPr="00996808">
        <w:rPr>
          <w:lang w:val="ru-RU"/>
        </w:rPr>
        <w:t>необходимость в обращении в медицинское учреждение за медицинской помощью, и в</w:t>
      </w:r>
    </w:p>
    <w:p w14:paraId="3543688C" w14:textId="77777777" w:rsidR="00996808" w:rsidRPr="00996808" w:rsidRDefault="00996808" w:rsidP="00996808">
      <w:pPr>
        <w:ind w:right="-285"/>
        <w:rPr>
          <w:lang w:val="ru-RU"/>
        </w:rPr>
      </w:pPr>
      <w:r w:rsidRPr="00996808">
        <w:rPr>
          <w:lang w:val="ru-RU"/>
        </w:rPr>
        <w:t>связи с тем, что обращение произошло в раннее время до начала рабочего дня, поставить в</w:t>
      </w:r>
    </w:p>
    <w:p w14:paraId="760E9C52" w14:textId="77777777" w:rsidR="00996808" w:rsidRPr="00996808" w:rsidRDefault="00996808" w:rsidP="00996808">
      <w:pPr>
        <w:ind w:right="-285"/>
        <w:rPr>
          <w:lang w:val="ru-RU"/>
        </w:rPr>
      </w:pPr>
      <w:r w:rsidRPr="00996808">
        <w:rPr>
          <w:lang w:val="ru-RU"/>
        </w:rPr>
        <w:t>известность суд о невозможности явиться к началу судебного заседания не представилось</w:t>
      </w:r>
    </w:p>
    <w:p w14:paraId="298FF159" w14:textId="77777777" w:rsidR="00996808" w:rsidRPr="00996808" w:rsidRDefault="00996808" w:rsidP="00996808">
      <w:pPr>
        <w:ind w:right="-285"/>
        <w:rPr>
          <w:lang w:val="ru-RU"/>
        </w:rPr>
      </w:pPr>
      <w:r w:rsidRPr="00996808">
        <w:rPr>
          <w:lang w:val="ru-RU"/>
        </w:rPr>
        <w:t>возможным.</w:t>
      </w:r>
    </w:p>
    <w:p w14:paraId="122AAB0B" w14:textId="77777777" w:rsidR="00996808" w:rsidRPr="00996808" w:rsidRDefault="00996808" w:rsidP="00996808">
      <w:pPr>
        <w:ind w:right="-285"/>
        <w:rPr>
          <w:lang w:val="ru-RU"/>
        </w:rPr>
      </w:pPr>
      <w:r w:rsidRPr="00996808">
        <w:rPr>
          <w:lang w:val="ru-RU"/>
        </w:rPr>
        <w:t>Утром адвокату поступил телефонный звонок с суда, в рамках которого из-за</w:t>
      </w:r>
    </w:p>
    <w:p w14:paraId="09F071F5" w14:textId="77777777" w:rsidR="00996808" w:rsidRPr="00996808" w:rsidRDefault="00996808" w:rsidP="00996808">
      <w:pPr>
        <w:ind w:right="-285"/>
        <w:rPr>
          <w:lang w:val="ru-RU"/>
        </w:rPr>
      </w:pPr>
      <w:r w:rsidRPr="00996808">
        <w:rPr>
          <w:lang w:val="ru-RU"/>
        </w:rPr>
        <w:t>эмоциональной составляющей судьи (о чем ею было обращено его внимание) объяснить</w:t>
      </w:r>
    </w:p>
    <w:p w14:paraId="685076E1" w14:textId="77777777" w:rsidR="00996808" w:rsidRPr="00996808" w:rsidRDefault="00996808" w:rsidP="00996808">
      <w:pPr>
        <w:ind w:right="-285"/>
        <w:rPr>
          <w:lang w:val="ru-RU"/>
        </w:rPr>
      </w:pPr>
      <w:r w:rsidRPr="00996808">
        <w:rPr>
          <w:lang w:val="ru-RU"/>
        </w:rPr>
        <w:t>причины неявки в судебное заседание к назначенному времени не представилось</w:t>
      </w:r>
    </w:p>
    <w:p w14:paraId="71ED7C63" w14:textId="77777777" w:rsidR="00996808" w:rsidRPr="00996808" w:rsidRDefault="00996808" w:rsidP="00996808">
      <w:pPr>
        <w:ind w:right="-285"/>
        <w:rPr>
          <w:lang w:val="ru-RU"/>
        </w:rPr>
      </w:pPr>
      <w:r w:rsidRPr="00996808">
        <w:rPr>
          <w:lang w:val="ru-RU"/>
        </w:rPr>
        <w:t>возможным.</w:t>
      </w:r>
    </w:p>
    <w:p w14:paraId="3EC9DC53" w14:textId="77777777" w:rsidR="00996808" w:rsidRPr="00996808" w:rsidRDefault="00996808" w:rsidP="00996808">
      <w:pPr>
        <w:ind w:right="-285"/>
        <w:rPr>
          <w:lang w:val="ru-RU"/>
        </w:rPr>
      </w:pPr>
      <w:r w:rsidRPr="00996808">
        <w:rPr>
          <w:lang w:val="ru-RU"/>
        </w:rPr>
        <w:t>Предоставить сведения о наличии уважительности соответствующих причин в суд к</w:t>
      </w:r>
    </w:p>
    <w:p w14:paraId="61162774" w14:textId="77777777" w:rsidR="00996808" w:rsidRPr="00996808" w:rsidRDefault="00996808" w:rsidP="00996808">
      <w:pPr>
        <w:ind w:right="-285"/>
        <w:rPr>
          <w:lang w:val="ru-RU"/>
        </w:rPr>
      </w:pPr>
      <w:r w:rsidRPr="00996808">
        <w:rPr>
          <w:lang w:val="ru-RU"/>
        </w:rPr>
        <w:t>назначенному времени судебного заседания, не представилось возможным в силу того, что</w:t>
      </w:r>
    </w:p>
    <w:p w14:paraId="29F47C09" w14:textId="77777777" w:rsidR="00996808" w:rsidRPr="00996808" w:rsidRDefault="00996808" w:rsidP="00996808">
      <w:pPr>
        <w:ind w:right="-285"/>
        <w:rPr>
          <w:lang w:val="ru-RU"/>
        </w:rPr>
      </w:pPr>
      <w:r w:rsidRPr="00996808">
        <w:rPr>
          <w:lang w:val="ru-RU"/>
        </w:rPr>
        <w:t>несмотря на раннее обращение за оказанием медицинской помощи, информация об</w:t>
      </w:r>
    </w:p>
    <w:p w14:paraId="23473884" w14:textId="77777777" w:rsidR="00996808" w:rsidRPr="00996808" w:rsidRDefault="00996808" w:rsidP="00996808">
      <w:pPr>
        <w:ind w:right="-285"/>
        <w:rPr>
          <w:lang w:val="ru-RU"/>
        </w:rPr>
      </w:pPr>
      <w:r w:rsidRPr="00996808">
        <w:rPr>
          <w:lang w:val="ru-RU"/>
        </w:rPr>
        <w:t>открытом листе нетрудоспособности поступила через портал государственных услуг после</w:t>
      </w:r>
    </w:p>
    <w:p w14:paraId="7E4FF239" w14:textId="77777777" w:rsidR="00996808" w:rsidRPr="00996808" w:rsidRDefault="00996808" w:rsidP="00996808">
      <w:pPr>
        <w:ind w:right="-285"/>
        <w:rPr>
          <w:lang w:val="ru-RU"/>
        </w:rPr>
      </w:pPr>
      <w:r w:rsidRPr="00996808">
        <w:rPr>
          <w:lang w:val="ru-RU"/>
        </w:rPr>
        <w:t>обеда.</w:t>
      </w:r>
    </w:p>
    <w:p w14:paraId="5C0C5F7A" w14:textId="77777777" w:rsidR="00996808" w:rsidRPr="00996808" w:rsidRDefault="00996808" w:rsidP="00996808">
      <w:pPr>
        <w:ind w:right="-285"/>
        <w:rPr>
          <w:lang w:val="ru-RU"/>
        </w:rPr>
      </w:pPr>
      <w:r w:rsidRPr="00996808">
        <w:rPr>
          <w:lang w:val="ru-RU"/>
        </w:rPr>
        <w:t>Оценивая выдвинутое дисциплинарное обвинение, Квалификационная комиссия пришла к</w:t>
      </w:r>
    </w:p>
    <w:p w14:paraId="61B7C560" w14:textId="77777777" w:rsidR="00996808" w:rsidRPr="00996808" w:rsidRDefault="00996808" w:rsidP="00996808">
      <w:pPr>
        <w:ind w:right="-285"/>
        <w:rPr>
          <w:lang w:val="ru-RU"/>
        </w:rPr>
      </w:pPr>
      <w:r w:rsidRPr="00996808">
        <w:rPr>
          <w:lang w:val="ru-RU"/>
        </w:rPr>
        <w:t>следующему.</w:t>
      </w:r>
    </w:p>
    <w:p w14:paraId="621BEFF4" w14:textId="77777777" w:rsidR="00996808" w:rsidRPr="00996808" w:rsidRDefault="00996808" w:rsidP="00996808">
      <w:pPr>
        <w:ind w:right="-285"/>
        <w:rPr>
          <w:lang w:val="ru-RU"/>
        </w:rPr>
      </w:pPr>
      <w:r w:rsidRPr="00996808">
        <w:rPr>
          <w:lang w:val="ru-RU"/>
        </w:rPr>
        <w:t xml:space="preserve">Причину неявки адвоката </w:t>
      </w:r>
      <w:proofErr w:type="gramStart"/>
      <w:r w:rsidRPr="00996808">
        <w:rPr>
          <w:lang w:val="ru-RU"/>
        </w:rPr>
        <w:t>в судебное заседание</w:t>
      </w:r>
      <w:proofErr w:type="gramEnd"/>
      <w:r w:rsidRPr="00996808">
        <w:rPr>
          <w:lang w:val="ru-RU"/>
        </w:rPr>
        <w:t xml:space="preserve"> назначенного в указанные дату и время в</w:t>
      </w:r>
    </w:p>
    <w:p w14:paraId="64D15C0C" w14:textId="77777777" w:rsidR="00996808" w:rsidRPr="00996808" w:rsidRDefault="00996808" w:rsidP="00996808">
      <w:pPr>
        <w:ind w:right="-285"/>
        <w:rPr>
          <w:lang w:val="ru-RU"/>
        </w:rPr>
      </w:pPr>
      <w:r w:rsidRPr="00996808">
        <w:rPr>
          <w:lang w:val="ru-RU"/>
        </w:rPr>
        <w:t>при описанных обстоятельствах – необходимость получения медицинской помощи в связи</w:t>
      </w:r>
    </w:p>
    <w:p w14:paraId="4EC53497" w14:textId="77777777" w:rsidR="00996808" w:rsidRPr="00996808" w:rsidRDefault="00996808" w:rsidP="00996808">
      <w:pPr>
        <w:ind w:right="-285"/>
        <w:rPr>
          <w:lang w:val="ru-RU"/>
        </w:rPr>
      </w:pPr>
      <w:r w:rsidRPr="00996808">
        <w:rPr>
          <w:lang w:val="ru-RU"/>
        </w:rPr>
        <w:t>с заболеванием, что подтверждается представленными им медицинскими документами,</w:t>
      </w:r>
    </w:p>
    <w:p w14:paraId="7E7F64D6" w14:textId="77777777" w:rsidR="00996808" w:rsidRPr="00996808" w:rsidRDefault="00996808" w:rsidP="00996808">
      <w:pPr>
        <w:ind w:right="-285"/>
        <w:rPr>
          <w:lang w:val="ru-RU"/>
        </w:rPr>
      </w:pPr>
      <w:r w:rsidRPr="00996808">
        <w:rPr>
          <w:lang w:val="ru-RU"/>
        </w:rPr>
        <w:t>равно как, что сведения о наличии уважительности соответствующих причин представить</w:t>
      </w:r>
    </w:p>
    <w:p w14:paraId="784C59BA" w14:textId="77777777" w:rsidR="00996808" w:rsidRPr="00996808" w:rsidRDefault="00996808" w:rsidP="00996808">
      <w:pPr>
        <w:ind w:right="-285"/>
        <w:rPr>
          <w:lang w:val="ru-RU"/>
        </w:rPr>
      </w:pPr>
      <w:r w:rsidRPr="00996808">
        <w:rPr>
          <w:lang w:val="ru-RU"/>
        </w:rPr>
        <w:t>в суд к назначенному времени судебного заседания, не представилось возможным, в силу</w:t>
      </w:r>
    </w:p>
    <w:p w14:paraId="241B3BAB" w14:textId="77777777" w:rsidR="00996808" w:rsidRPr="00996808" w:rsidRDefault="00996808" w:rsidP="00996808">
      <w:pPr>
        <w:ind w:right="-285"/>
        <w:rPr>
          <w:lang w:val="ru-RU"/>
        </w:rPr>
      </w:pPr>
      <w:r w:rsidRPr="00996808">
        <w:rPr>
          <w:lang w:val="ru-RU"/>
        </w:rPr>
        <w:lastRenderedPageBreak/>
        <w:t>Обзор дисциплинарной практики 2025/2026</w:t>
      </w:r>
    </w:p>
    <w:p w14:paraId="43CCD5C7" w14:textId="77777777" w:rsidR="00996808" w:rsidRPr="00996808" w:rsidRDefault="00996808" w:rsidP="00996808">
      <w:pPr>
        <w:ind w:right="-285"/>
        <w:rPr>
          <w:lang w:val="ru-RU"/>
        </w:rPr>
      </w:pPr>
      <w:r w:rsidRPr="00996808">
        <w:rPr>
          <w:lang w:val="ru-RU"/>
        </w:rPr>
        <w:t>12</w:t>
      </w:r>
    </w:p>
    <w:p w14:paraId="24321826" w14:textId="77777777" w:rsidR="00996808" w:rsidRPr="00996808" w:rsidRDefault="00996808" w:rsidP="00996808">
      <w:pPr>
        <w:ind w:right="-285"/>
        <w:rPr>
          <w:lang w:val="ru-RU"/>
        </w:rPr>
      </w:pPr>
      <w:r w:rsidRPr="00996808">
        <w:rPr>
          <w:lang w:val="ru-RU"/>
        </w:rPr>
        <w:t>того, что несмотря на раннее обращение за оказанием медицинской помощи, информация</w:t>
      </w:r>
    </w:p>
    <w:p w14:paraId="30D53004" w14:textId="77777777" w:rsidR="00996808" w:rsidRPr="00996808" w:rsidRDefault="00996808" w:rsidP="00996808">
      <w:pPr>
        <w:ind w:right="-285"/>
        <w:rPr>
          <w:lang w:val="ru-RU"/>
        </w:rPr>
      </w:pPr>
      <w:r w:rsidRPr="00996808">
        <w:rPr>
          <w:lang w:val="ru-RU"/>
        </w:rPr>
        <w:t>об открытом листе нетрудоспособности поступила через портал государственных услуг</w:t>
      </w:r>
    </w:p>
    <w:p w14:paraId="7D9FC47E" w14:textId="77777777" w:rsidR="00996808" w:rsidRPr="00996808" w:rsidRDefault="00996808" w:rsidP="00996808">
      <w:pPr>
        <w:ind w:right="-285"/>
        <w:rPr>
          <w:lang w:val="ru-RU"/>
        </w:rPr>
      </w:pPr>
      <w:r w:rsidRPr="00996808">
        <w:rPr>
          <w:lang w:val="ru-RU"/>
        </w:rPr>
        <w:t>после обеда, Квалификационная комиссия признала уважительной.</w:t>
      </w:r>
    </w:p>
    <w:p w14:paraId="75421B11" w14:textId="77777777" w:rsidR="00996808" w:rsidRPr="00996808" w:rsidRDefault="00996808" w:rsidP="00996808">
      <w:pPr>
        <w:ind w:right="-285"/>
        <w:rPr>
          <w:lang w:val="ru-RU"/>
        </w:rPr>
      </w:pPr>
      <w:r w:rsidRPr="00996808">
        <w:rPr>
          <w:lang w:val="ru-RU"/>
        </w:rPr>
        <w:t>При этом доводы судьи, что при общении секретаря суда с адвокатом по телефонной связи,</w:t>
      </w:r>
    </w:p>
    <w:p w14:paraId="041560C7" w14:textId="77777777" w:rsidR="00996808" w:rsidRPr="00996808" w:rsidRDefault="00996808" w:rsidP="00996808">
      <w:pPr>
        <w:ind w:right="-285"/>
        <w:rPr>
          <w:lang w:val="ru-RU"/>
        </w:rPr>
      </w:pPr>
      <w:r w:rsidRPr="00996808">
        <w:rPr>
          <w:lang w:val="ru-RU"/>
        </w:rPr>
        <w:t>которая сообщила, что находится за пределами Сахалинской области в связи с участием в</w:t>
      </w:r>
    </w:p>
    <w:p w14:paraId="432E60AC" w14:textId="77777777" w:rsidR="00996808" w:rsidRPr="00996808" w:rsidRDefault="00996808" w:rsidP="00996808">
      <w:pPr>
        <w:ind w:right="-285"/>
        <w:rPr>
          <w:lang w:val="ru-RU"/>
        </w:rPr>
      </w:pPr>
      <w:r w:rsidRPr="00996808">
        <w:rPr>
          <w:lang w:val="ru-RU"/>
        </w:rPr>
        <w:t>другом деле ничем подтверждены, не были.</w:t>
      </w:r>
    </w:p>
    <w:p w14:paraId="653F9108" w14:textId="77777777" w:rsidR="00996808" w:rsidRPr="00996808" w:rsidRDefault="00996808" w:rsidP="00996808">
      <w:pPr>
        <w:ind w:right="-285"/>
        <w:rPr>
          <w:lang w:val="ru-RU"/>
        </w:rPr>
      </w:pPr>
      <w:r w:rsidRPr="00996808">
        <w:rPr>
          <w:lang w:val="ru-RU"/>
        </w:rPr>
        <w:t>При таких обстоятельствах в действиях адвоката отсутствует состав дисциплинарного</w:t>
      </w:r>
    </w:p>
    <w:p w14:paraId="52ABC4FC" w14:textId="77777777" w:rsidR="00996808" w:rsidRPr="00996808" w:rsidRDefault="00996808" w:rsidP="00996808">
      <w:pPr>
        <w:ind w:right="-285"/>
        <w:rPr>
          <w:lang w:val="ru-RU"/>
        </w:rPr>
      </w:pPr>
      <w:r w:rsidRPr="00996808">
        <w:rPr>
          <w:lang w:val="ru-RU"/>
        </w:rPr>
        <w:t>проступка, поскольку в её действиях отсутствуют признаки неуважения к суду,</w:t>
      </w:r>
    </w:p>
    <w:p w14:paraId="22B0D2A9" w14:textId="77777777" w:rsidR="00996808" w:rsidRPr="00996808" w:rsidRDefault="00996808" w:rsidP="00996808">
      <w:pPr>
        <w:ind w:right="-285"/>
        <w:rPr>
          <w:lang w:val="ru-RU"/>
        </w:rPr>
      </w:pPr>
      <w:r w:rsidRPr="00996808">
        <w:rPr>
          <w:lang w:val="ru-RU"/>
        </w:rPr>
        <w:t>совершенного умышленно или по грубой неосторожности.</w:t>
      </w:r>
    </w:p>
    <w:p w14:paraId="748E726F" w14:textId="77777777" w:rsidR="00996808" w:rsidRPr="00996808" w:rsidRDefault="00996808" w:rsidP="00996808">
      <w:pPr>
        <w:ind w:right="-285"/>
        <w:rPr>
          <w:lang w:val="ru-RU"/>
        </w:rPr>
      </w:pPr>
      <w:r w:rsidRPr="00996808">
        <w:rPr>
          <w:lang w:val="ru-RU"/>
        </w:rPr>
        <w:t>Презумпцию добросовестности адвоката Квалификационная комиссия признала не</w:t>
      </w:r>
    </w:p>
    <w:p w14:paraId="17C912C0" w14:textId="77777777" w:rsidR="00996808" w:rsidRPr="00996808" w:rsidRDefault="00996808" w:rsidP="00996808">
      <w:pPr>
        <w:ind w:right="-285"/>
        <w:rPr>
          <w:lang w:val="ru-RU"/>
        </w:rPr>
      </w:pPr>
      <w:r w:rsidRPr="00996808">
        <w:rPr>
          <w:lang w:val="ru-RU"/>
        </w:rPr>
        <w:t>опровергнутой.</w:t>
      </w:r>
    </w:p>
    <w:p w14:paraId="17E0FDFC" w14:textId="77777777" w:rsidR="00996808" w:rsidRPr="00996808" w:rsidRDefault="00996808" w:rsidP="00996808">
      <w:pPr>
        <w:ind w:right="-285"/>
        <w:rPr>
          <w:lang w:val="ru-RU"/>
        </w:rPr>
      </w:pPr>
      <w:r w:rsidRPr="00996808">
        <w:rPr>
          <w:lang w:val="ru-RU"/>
        </w:rPr>
        <w:t>Оценивая довод о том, что неявка адвоката в судебное заседание фактически является</w:t>
      </w:r>
    </w:p>
    <w:p w14:paraId="2D7C62CC" w14:textId="77777777" w:rsidR="00996808" w:rsidRPr="00996808" w:rsidRDefault="00996808" w:rsidP="00996808">
      <w:pPr>
        <w:ind w:right="-285"/>
        <w:rPr>
          <w:lang w:val="ru-RU"/>
        </w:rPr>
      </w:pPr>
      <w:r w:rsidRPr="00996808">
        <w:rPr>
          <w:lang w:val="ru-RU"/>
        </w:rPr>
        <w:t>отказом от принятой на себя защиты, комиссия отметила, что вопросы, связанные с оценкой</w:t>
      </w:r>
    </w:p>
    <w:p w14:paraId="17E6F312" w14:textId="77777777" w:rsidR="00996808" w:rsidRPr="00996808" w:rsidRDefault="00996808" w:rsidP="00996808">
      <w:pPr>
        <w:ind w:right="-285"/>
        <w:rPr>
          <w:lang w:val="ru-RU"/>
        </w:rPr>
      </w:pPr>
      <w:r w:rsidRPr="00996808">
        <w:rPr>
          <w:lang w:val="ru-RU"/>
        </w:rPr>
        <w:t>надлежащего исполнения адвокатом-защитником профессиональных обязанностей перед</w:t>
      </w:r>
    </w:p>
    <w:p w14:paraId="1207AD8B" w14:textId="77777777" w:rsidR="00996808" w:rsidRPr="00996808" w:rsidRDefault="00996808" w:rsidP="00996808">
      <w:pPr>
        <w:ind w:right="-285"/>
        <w:rPr>
          <w:lang w:val="ru-RU"/>
        </w:rPr>
      </w:pPr>
      <w:r w:rsidRPr="00996808">
        <w:rPr>
          <w:lang w:val="ru-RU"/>
        </w:rPr>
        <w:t>доверителем, качеством оказываемой им юридической помощи, находятся в сфере</w:t>
      </w:r>
    </w:p>
    <w:p w14:paraId="4B996338" w14:textId="77777777" w:rsidR="00996808" w:rsidRPr="00996808" w:rsidRDefault="00996808" w:rsidP="00996808">
      <w:pPr>
        <w:ind w:right="-285"/>
        <w:rPr>
          <w:lang w:val="ru-RU"/>
        </w:rPr>
      </w:pPr>
      <w:r w:rsidRPr="00996808">
        <w:rPr>
          <w:lang w:val="ru-RU"/>
        </w:rPr>
        <w:t>правоотношений «адвокат-доверитель».</w:t>
      </w:r>
    </w:p>
    <w:p w14:paraId="56803E3F" w14:textId="77777777" w:rsidR="00996808" w:rsidRPr="00996808" w:rsidRDefault="00996808" w:rsidP="00996808">
      <w:pPr>
        <w:ind w:right="-285"/>
        <w:rPr>
          <w:lang w:val="ru-RU"/>
        </w:rPr>
      </w:pPr>
      <w:r w:rsidRPr="00996808">
        <w:rPr>
          <w:lang w:val="ru-RU"/>
        </w:rPr>
        <w:t>Поэтому только доверитель адвоката, являющийся получателем его юридической помощи</w:t>
      </w:r>
    </w:p>
    <w:p w14:paraId="10E0EE1A" w14:textId="77777777" w:rsidR="00996808" w:rsidRPr="00996808" w:rsidRDefault="00996808" w:rsidP="00996808">
      <w:pPr>
        <w:ind w:right="-285"/>
        <w:rPr>
          <w:lang w:val="ru-RU"/>
        </w:rPr>
      </w:pPr>
      <w:r w:rsidRPr="00996808">
        <w:rPr>
          <w:lang w:val="ru-RU"/>
        </w:rPr>
        <w:t>вправе выдвигать соответствующие дисциплинарные обвинения, включая обвинение в</w:t>
      </w:r>
    </w:p>
    <w:p w14:paraId="201B0E8C" w14:textId="77777777" w:rsidR="00996808" w:rsidRPr="00996808" w:rsidRDefault="00996808" w:rsidP="00996808">
      <w:pPr>
        <w:ind w:right="-285"/>
        <w:rPr>
          <w:lang w:val="ru-RU"/>
        </w:rPr>
      </w:pPr>
      <w:r w:rsidRPr="00996808">
        <w:rPr>
          <w:lang w:val="ru-RU"/>
        </w:rPr>
        <w:t>отказе от принятой защиты.</w:t>
      </w:r>
    </w:p>
    <w:p w14:paraId="4909E60D" w14:textId="77777777" w:rsidR="00996808" w:rsidRPr="00996808" w:rsidRDefault="00996808" w:rsidP="00996808">
      <w:pPr>
        <w:ind w:right="-285"/>
        <w:rPr>
          <w:lang w:val="ru-RU"/>
        </w:rPr>
      </w:pPr>
      <w:r w:rsidRPr="00996808">
        <w:rPr>
          <w:lang w:val="ru-RU"/>
        </w:rPr>
        <w:t>Сведений, что подсудимый, доверитель адвоката обращался с жалобой на её действия в</w:t>
      </w:r>
    </w:p>
    <w:p w14:paraId="1BCB6EB8" w14:textId="77777777" w:rsidR="00996808" w:rsidRPr="00996808" w:rsidRDefault="00996808" w:rsidP="00996808">
      <w:pPr>
        <w:ind w:right="-285"/>
        <w:rPr>
          <w:lang w:val="ru-RU"/>
        </w:rPr>
      </w:pPr>
      <w:r w:rsidRPr="00996808">
        <w:rPr>
          <w:lang w:val="ru-RU"/>
        </w:rPr>
        <w:t>Сахалинскую адвокатскую палату нет.</w:t>
      </w:r>
    </w:p>
    <w:p w14:paraId="66635532" w14:textId="77777777" w:rsidR="00996808" w:rsidRPr="00996808" w:rsidRDefault="00996808" w:rsidP="00996808">
      <w:pPr>
        <w:ind w:right="-285"/>
        <w:rPr>
          <w:lang w:val="ru-RU"/>
        </w:rPr>
      </w:pPr>
      <w:r w:rsidRPr="00996808">
        <w:rPr>
          <w:lang w:val="ru-RU"/>
        </w:rPr>
        <w:t>В связи с чем, дисциплинарное обвинение в отказе адвоката от защиты подсудимого. не</w:t>
      </w:r>
    </w:p>
    <w:p w14:paraId="0BC83C87" w14:textId="77777777" w:rsidR="00996808" w:rsidRPr="00996808" w:rsidRDefault="00996808" w:rsidP="00996808">
      <w:pPr>
        <w:ind w:right="-285"/>
        <w:rPr>
          <w:lang w:val="ru-RU"/>
        </w:rPr>
      </w:pPr>
      <w:r w:rsidRPr="00996808">
        <w:rPr>
          <w:lang w:val="ru-RU"/>
        </w:rPr>
        <w:t>подлежит оценке, по существу, поскольку суд не наделен полномочиями по выдвижению</w:t>
      </w:r>
    </w:p>
    <w:p w14:paraId="1BC6C6F6" w14:textId="77777777" w:rsidR="00996808" w:rsidRPr="00996808" w:rsidRDefault="00996808" w:rsidP="00996808">
      <w:pPr>
        <w:ind w:right="-285"/>
        <w:rPr>
          <w:lang w:val="ru-RU"/>
        </w:rPr>
      </w:pPr>
      <w:r w:rsidRPr="00996808">
        <w:rPr>
          <w:lang w:val="ru-RU"/>
        </w:rPr>
        <w:t>такого дисциплинарного обвинения в отношении адвоката, осуществляющего защиту по</w:t>
      </w:r>
    </w:p>
    <w:p w14:paraId="33CB7C85" w14:textId="77777777" w:rsidR="00996808" w:rsidRPr="00996808" w:rsidRDefault="00996808" w:rsidP="00996808">
      <w:pPr>
        <w:ind w:right="-285"/>
        <w:rPr>
          <w:lang w:val="ru-RU"/>
        </w:rPr>
      </w:pPr>
      <w:r w:rsidRPr="00996808">
        <w:rPr>
          <w:lang w:val="ru-RU"/>
        </w:rPr>
        <w:t>соглашению, следовательно, в данной части отсутствует допустимый повод для</w:t>
      </w:r>
    </w:p>
    <w:p w14:paraId="2074DA27" w14:textId="77777777" w:rsidR="00996808" w:rsidRPr="00996808" w:rsidRDefault="00996808" w:rsidP="00996808">
      <w:pPr>
        <w:ind w:right="-285"/>
        <w:rPr>
          <w:lang w:val="ru-RU"/>
        </w:rPr>
      </w:pPr>
      <w:r w:rsidRPr="00996808">
        <w:rPr>
          <w:lang w:val="ru-RU"/>
        </w:rPr>
        <w:t>возбуждения дисциплинарного производства.</w:t>
      </w:r>
    </w:p>
    <w:p w14:paraId="3DE1C9DC" w14:textId="77777777" w:rsidR="00996808" w:rsidRPr="00996808" w:rsidRDefault="00996808" w:rsidP="00996808">
      <w:pPr>
        <w:ind w:right="-285"/>
        <w:rPr>
          <w:lang w:val="ru-RU"/>
        </w:rPr>
      </w:pPr>
      <w:r w:rsidRPr="00996808">
        <w:rPr>
          <w:lang w:val="ru-RU"/>
        </w:rPr>
        <w:t>Проведя голосование, Квалификационная комиссия палаты вынесла заключение, о</w:t>
      </w:r>
    </w:p>
    <w:p w14:paraId="1A09BF89" w14:textId="77777777" w:rsidR="00996808" w:rsidRPr="00996808" w:rsidRDefault="00996808" w:rsidP="00996808">
      <w:pPr>
        <w:ind w:right="-285"/>
        <w:rPr>
          <w:lang w:val="ru-RU"/>
        </w:rPr>
      </w:pPr>
      <w:r w:rsidRPr="00996808">
        <w:rPr>
          <w:lang w:val="ru-RU"/>
        </w:rPr>
        <w:t>необходимости прекращения дисциплинарного производства вследствие обнаружившегося</w:t>
      </w:r>
    </w:p>
    <w:p w14:paraId="0305B09B" w14:textId="77777777" w:rsidR="00996808" w:rsidRPr="00996808" w:rsidRDefault="00996808" w:rsidP="00996808">
      <w:pPr>
        <w:ind w:right="-285"/>
        <w:rPr>
          <w:lang w:val="ru-RU"/>
        </w:rPr>
      </w:pPr>
      <w:r w:rsidRPr="00996808">
        <w:rPr>
          <w:lang w:val="ru-RU"/>
        </w:rPr>
        <w:t>в ходе разбирательства отсутствия допустимого повода для возбуждения дисциплинарного</w:t>
      </w:r>
    </w:p>
    <w:p w14:paraId="0C54E8E1" w14:textId="77777777" w:rsidR="00996808" w:rsidRPr="00996808" w:rsidRDefault="00996808" w:rsidP="00996808">
      <w:pPr>
        <w:ind w:right="-285"/>
        <w:rPr>
          <w:lang w:val="ru-RU"/>
        </w:rPr>
      </w:pPr>
      <w:r w:rsidRPr="00996808">
        <w:rPr>
          <w:lang w:val="ru-RU"/>
        </w:rPr>
        <w:t>производства в части дисциплинарных обвинений в нарушении норм предусмотренных</w:t>
      </w:r>
    </w:p>
    <w:p w14:paraId="3076A68E" w14:textId="77777777" w:rsidR="00996808" w:rsidRPr="00996808" w:rsidRDefault="00996808" w:rsidP="00996808">
      <w:pPr>
        <w:ind w:right="-285"/>
        <w:rPr>
          <w:lang w:val="ru-RU"/>
        </w:rPr>
      </w:pPr>
      <w:r w:rsidRPr="00996808">
        <w:rPr>
          <w:lang w:val="ru-RU"/>
        </w:rPr>
        <w:t>подпунктом 6 пункта 4 статьи 6, подпунктом 1 пункта 1 статьи 7 Федерального закона №</w:t>
      </w:r>
    </w:p>
    <w:p w14:paraId="52E06380" w14:textId="77777777" w:rsidR="00996808" w:rsidRPr="00996808" w:rsidRDefault="00996808" w:rsidP="00996808">
      <w:pPr>
        <w:ind w:right="-285"/>
        <w:rPr>
          <w:lang w:val="ru-RU"/>
        </w:rPr>
      </w:pPr>
      <w:r w:rsidRPr="00996808">
        <w:rPr>
          <w:lang w:val="ru-RU"/>
        </w:rPr>
        <w:t>63-ФЗ «Об адвокатской деятельности и адвокатуре в Российской Федерации», и о</w:t>
      </w:r>
    </w:p>
    <w:p w14:paraId="055612DD" w14:textId="77777777" w:rsidR="00996808" w:rsidRPr="00996808" w:rsidRDefault="00996808" w:rsidP="00996808">
      <w:pPr>
        <w:ind w:right="-285"/>
        <w:rPr>
          <w:lang w:val="ru-RU"/>
        </w:rPr>
      </w:pPr>
      <w:r w:rsidRPr="00996808">
        <w:rPr>
          <w:lang w:val="ru-RU"/>
        </w:rPr>
        <w:t>необходимости прекращения в части дисциплинарного производства вследствие</w:t>
      </w:r>
    </w:p>
    <w:p w14:paraId="521E4CA0" w14:textId="77777777" w:rsidR="00996808" w:rsidRPr="00996808" w:rsidRDefault="00996808" w:rsidP="00996808">
      <w:pPr>
        <w:ind w:right="-285"/>
        <w:rPr>
          <w:lang w:val="ru-RU"/>
        </w:rPr>
      </w:pPr>
      <w:r w:rsidRPr="00996808">
        <w:rPr>
          <w:lang w:val="ru-RU"/>
        </w:rPr>
        <w:lastRenderedPageBreak/>
        <w:t>отсутствия в действиях (бездействии) адвоката нарушения норм законодательства об</w:t>
      </w:r>
    </w:p>
    <w:p w14:paraId="6F6E73A2" w14:textId="77777777" w:rsidR="00996808" w:rsidRPr="00996808" w:rsidRDefault="00996808" w:rsidP="00996808">
      <w:pPr>
        <w:ind w:right="-285"/>
        <w:rPr>
          <w:lang w:val="ru-RU"/>
        </w:rPr>
      </w:pPr>
      <w:r w:rsidRPr="00996808">
        <w:rPr>
          <w:lang w:val="ru-RU"/>
        </w:rPr>
        <w:t>адвокатской деятельности и адвокатуре и (или) настоящего Кодекса либо вследствие</w:t>
      </w:r>
    </w:p>
    <w:p w14:paraId="7B570210" w14:textId="77777777" w:rsidR="00996808" w:rsidRPr="00996808" w:rsidRDefault="00996808" w:rsidP="00996808">
      <w:pPr>
        <w:ind w:right="-285"/>
        <w:rPr>
          <w:lang w:val="ru-RU"/>
        </w:rPr>
      </w:pPr>
      <w:r w:rsidRPr="00996808">
        <w:rPr>
          <w:lang w:val="ru-RU"/>
        </w:rPr>
        <w:t>надлежащего исполнения адвокатом своих профессиональных обязанностей</w:t>
      </w:r>
    </w:p>
    <w:p w14:paraId="53F71586" w14:textId="77777777" w:rsidR="00996808" w:rsidRPr="00996808" w:rsidRDefault="00996808" w:rsidP="00996808">
      <w:pPr>
        <w:ind w:right="-285"/>
        <w:rPr>
          <w:lang w:val="ru-RU"/>
        </w:rPr>
      </w:pPr>
      <w:r w:rsidRPr="00996808">
        <w:rPr>
          <w:lang w:val="ru-RU"/>
        </w:rPr>
        <w:t>предусмотренных статьями 12 и 14 Кодекса профессиональной этики адвоката.</w:t>
      </w:r>
    </w:p>
    <w:p w14:paraId="18C5990A" w14:textId="49019D4E" w:rsidR="00996808" w:rsidRPr="00996808" w:rsidRDefault="00996808" w:rsidP="00996808">
      <w:pPr>
        <w:ind w:right="-285"/>
        <w:rPr>
          <w:lang w:val="ru-RU"/>
        </w:rPr>
      </w:pPr>
      <w:r w:rsidRPr="00996808">
        <w:rPr>
          <w:lang w:val="ru-RU"/>
        </w:rPr>
        <w:t xml:space="preserve">Обзор подготовил вице-президент </w:t>
      </w:r>
      <w:proofErr w:type="spellStart"/>
      <w:r w:rsidRPr="00996808">
        <w:rPr>
          <w:lang w:val="ru-RU"/>
        </w:rPr>
        <w:t>Гайкалов</w:t>
      </w:r>
      <w:proofErr w:type="spellEnd"/>
      <w:r w:rsidRPr="00996808">
        <w:rPr>
          <w:lang w:val="ru-RU"/>
        </w:rPr>
        <w:t xml:space="preserve"> В.С.</w:t>
      </w:r>
    </w:p>
    <w:sectPr w:rsidR="00996808" w:rsidRPr="00996808" w:rsidSect="00034616">
      <w:headerReference w:type="default" r:id="rId8"/>
      <w:footerReference w:type="default" r:id="rId9"/>
      <w:pgSz w:w="11906" w:h="16838"/>
      <w:pgMar w:top="1134" w:right="1191" w:bottom="1049" w:left="136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2512C1" w14:textId="77777777" w:rsidR="00012C00" w:rsidRDefault="00012C00">
      <w:pPr>
        <w:spacing w:after="0" w:line="240" w:lineRule="auto"/>
      </w:pPr>
      <w:r>
        <w:separator/>
      </w:r>
    </w:p>
  </w:endnote>
  <w:endnote w:type="continuationSeparator" w:id="0">
    <w:p w14:paraId="2FBECCC7" w14:textId="77777777" w:rsidR="00012C00" w:rsidRDefault="00012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78F699" w14:textId="77777777" w:rsidR="009F26DD" w:rsidRDefault="001F300F">
    <w:pPr>
      <w:pStyle w:val="a7"/>
      <w:ind w:firstLine="0"/>
      <w:jc w:val="center"/>
    </w:pPr>
    <w:proofErr w:type="spellStart"/>
    <w:r>
      <w:rPr>
        <w:color w:val="6E7780"/>
        <w:sz w:val="17"/>
      </w:rPr>
      <w:t>Совет</w:t>
    </w:r>
    <w:proofErr w:type="spellEnd"/>
    <w:r>
      <w:rPr>
        <w:color w:val="6E7780"/>
        <w:sz w:val="17"/>
      </w:rPr>
      <w:t xml:space="preserve"> </w:t>
    </w:r>
    <w:proofErr w:type="spellStart"/>
    <w:r>
      <w:rPr>
        <w:color w:val="6E7780"/>
        <w:sz w:val="17"/>
      </w:rPr>
      <w:t>Сахалинской</w:t>
    </w:r>
    <w:proofErr w:type="spellEnd"/>
    <w:r>
      <w:rPr>
        <w:color w:val="6E7780"/>
        <w:sz w:val="17"/>
      </w:rPr>
      <w:t xml:space="preserve"> </w:t>
    </w:r>
    <w:proofErr w:type="spellStart"/>
    <w:r>
      <w:rPr>
        <w:color w:val="6E7780"/>
        <w:sz w:val="17"/>
      </w:rPr>
      <w:t>адвокатской</w:t>
    </w:r>
    <w:proofErr w:type="spellEnd"/>
    <w:r>
      <w:rPr>
        <w:color w:val="6E7780"/>
        <w:sz w:val="17"/>
      </w:rPr>
      <w:t xml:space="preserve"> </w:t>
    </w:r>
    <w:proofErr w:type="spellStart"/>
    <w:proofErr w:type="gramStart"/>
    <w:r>
      <w:rPr>
        <w:color w:val="6E7780"/>
        <w:sz w:val="17"/>
      </w:rPr>
      <w:t>палаты</w:t>
    </w:r>
    <w:proofErr w:type="spellEnd"/>
    <w:r>
      <w:rPr>
        <w:color w:val="6E7780"/>
        <w:sz w:val="17"/>
      </w:rPr>
      <w:t xml:space="preserve">  •</w:t>
    </w:r>
    <w:proofErr w:type="gramEnd"/>
    <w:r>
      <w:rPr>
        <w:color w:val="6E7780"/>
        <w:sz w:val="17"/>
      </w:rPr>
      <w:t xml:space="preserve">  </w:t>
    </w:r>
    <w:r>
      <w:fldChar w:fldCharType="begin"/>
    </w:r>
    <w:r>
      <w:instrText>PAGE</w:instrText>
    </w:r>
    <w:r>
      <w:fldChar w:fldCharType="separate"/>
    </w:r>
    <w:r w:rsidR="0057021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A69353" w14:textId="77777777" w:rsidR="00012C00" w:rsidRDefault="00012C00">
      <w:pPr>
        <w:spacing w:after="0" w:line="240" w:lineRule="auto"/>
      </w:pPr>
      <w:r>
        <w:separator/>
      </w:r>
    </w:p>
  </w:footnote>
  <w:footnote w:type="continuationSeparator" w:id="0">
    <w:p w14:paraId="79E244F4" w14:textId="77777777" w:rsidR="00012C00" w:rsidRDefault="00012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D0250" w14:textId="77777777" w:rsidR="009F26DD" w:rsidRDefault="001F300F">
    <w:pPr>
      <w:pStyle w:val="a5"/>
      <w:jc w:val="right"/>
    </w:pPr>
    <w:r>
      <w:rPr>
        <w:color w:val="5E6870"/>
        <w:sz w:val="17"/>
      </w:rPr>
      <w:t>САХАЛИНСКАЯ АДВОКАТСКАЯ ПАЛАТА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EBA21AD"/>
    <w:multiLevelType w:val="hybridMultilevel"/>
    <w:tmpl w:val="F0B84C66"/>
    <w:lvl w:ilvl="0" w:tplc="FFFFFFFF">
      <w:start w:val="1"/>
      <w:numFmt w:val="bullet"/>
      <w:lvlText w:val=""/>
      <w:lvlJc w:val="left"/>
      <w:pPr>
        <w:ind w:left="720" w:hanging="360"/>
      </w:pPr>
      <w:rPr>
        <w:rFonts w:ascii="Symbol" w:hAnsi="Symbol" w:hint="default"/>
      </w:rPr>
    </w:lvl>
    <w:lvl w:ilvl="1" w:tplc="491654E0">
      <w:start w:val="1"/>
      <w:numFmt w:val="bullet"/>
      <w:lvlText w:val="-"/>
      <w:lvlJc w:val="center"/>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F0C4CAD"/>
    <w:multiLevelType w:val="hybridMultilevel"/>
    <w:tmpl w:val="1BC24FDC"/>
    <w:lvl w:ilvl="0" w:tplc="FFFFFFFF">
      <w:start w:val="1"/>
      <w:numFmt w:val="bullet"/>
      <w:lvlText w:val=""/>
      <w:lvlJc w:val="left"/>
      <w:pPr>
        <w:ind w:left="720" w:hanging="360"/>
      </w:pPr>
      <w:rPr>
        <w:rFonts w:ascii="Symbol" w:hAnsi="Symbol" w:hint="default"/>
      </w:rPr>
    </w:lvl>
    <w:lvl w:ilvl="1" w:tplc="491654E0">
      <w:start w:val="1"/>
      <w:numFmt w:val="bullet"/>
      <w:lvlText w:val="-"/>
      <w:lvlJc w:val="center"/>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93219DE"/>
    <w:multiLevelType w:val="hybridMultilevel"/>
    <w:tmpl w:val="2AEE4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87621183">
    <w:abstractNumId w:val="8"/>
  </w:num>
  <w:num w:numId="2" w16cid:durableId="278101885">
    <w:abstractNumId w:val="6"/>
  </w:num>
  <w:num w:numId="3" w16cid:durableId="1210453954">
    <w:abstractNumId w:val="5"/>
  </w:num>
  <w:num w:numId="4" w16cid:durableId="1271621645">
    <w:abstractNumId w:val="4"/>
  </w:num>
  <w:num w:numId="5" w16cid:durableId="14312482">
    <w:abstractNumId w:val="7"/>
  </w:num>
  <w:num w:numId="6" w16cid:durableId="299306163">
    <w:abstractNumId w:val="3"/>
  </w:num>
  <w:num w:numId="7" w16cid:durableId="1789024">
    <w:abstractNumId w:val="2"/>
  </w:num>
  <w:num w:numId="8" w16cid:durableId="1376660961">
    <w:abstractNumId w:val="1"/>
  </w:num>
  <w:num w:numId="9" w16cid:durableId="1471442810">
    <w:abstractNumId w:val="0"/>
  </w:num>
  <w:num w:numId="10" w16cid:durableId="1392272543">
    <w:abstractNumId w:val="11"/>
  </w:num>
  <w:num w:numId="11" w16cid:durableId="284042882">
    <w:abstractNumId w:val="10"/>
  </w:num>
  <w:num w:numId="12" w16cid:durableId="89346309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C00"/>
    <w:rsid w:val="00034616"/>
    <w:rsid w:val="0006063C"/>
    <w:rsid w:val="0015074B"/>
    <w:rsid w:val="001C1096"/>
    <w:rsid w:val="001F300F"/>
    <w:rsid w:val="002072F8"/>
    <w:rsid w:val="0029639D"/>
    <w:rsid w:val="00326F90"/>
    <w:rsid w:val="00570218"/>
    <w:rsid w:val="00862232"/>
    <w:rsid w:val="00996808"/>
    <w:rsid w:val="009F26D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9ECA2F"/>
  <w14:defaultImageDpi w14:val="300"/>
  <w15:docId w15:val="{09988D34-59F6-4944-9C07-323CD3B22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71" w:lineRule="auto"/>
      <w:ind w:firstLine="369"/>
      <w:jc w:val="both"/>
    </w:pPr>
    <w:rPr>
      <w:rFonts w:ascii="Times New Roman" w:hAnsi="Times New Roman"/>
      <w:color w:val="1E2631"/>
      <w:sz w:val="23"/>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36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Section">
    <w:name w:val="Report Section"/>
    <w:basedOn w:val="a1"/>
    <w:pPr>
      <w:keepNext/>
      <w:spacing w:before="200" w:after="100"/>
      <w:ind w:firstLine="0"/>
    </w:pPr>
    <w:rPr>
      <w:b/>
      <w:color w:val="20374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9891</Words>
  <Characters>56380</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66139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Отчёт Совета Сахалинской адвокатской палаты за 2025–2026 годы</dc:title>
  <dc:subject>Ежегодная конференция адвокатов 31 октября 2026 года</dc:subject>
  <dc:creator>Сахалинская адвокатская палата</dc:creator>
  <cp:keywords/>
  <dc:description>generated by python-docx</dc:description>
  <cp:lastModifiedBy>Microsoft Office User</cp:lastModifiedBy>
  <cp:revision>4</cp:revision>
  <dcterms:created xsi:type="dcterms:W3CDTF">2026-11-02T04:44:00Z</dcterms:created>
  <dcterms:modified xsi:type="dcterms:W3CDTF">2026-11-02T05:19:00Z</dcterms:modified>
  <cp:category/>
</cp:coreProperties>
</file>